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CFD3F" w14:textId="1C6EC4AF" w:rsidR="00083CE7" w:rsidRDefault="001E4527">
      <w:pPr>
        <w:sectPr w:rsidR="00083CE7">
          <w:pgSz w:w="11906" w:h="17318"/>
          <w:pgMar w:top="0" w:right="0" w:bottom="40" w:left="0" w:header="720" w:footer="720" w:gutter="0"/>
          <w:cols w:space="720"/>
          <w:docGrid w:linePitch="360"/>
        </w:sectPr>
      </w:pPr>
      <w:r>
        <w:rPr>
          <w:noProof/>
        </w:rPr>
        <w:drawing>
          <wp:anchor distT="0" distB="0" distL="0" distR="0" simplePos="0" relativeHeight="10975" behindDoc="1" locked="0" layoutInCell="1" allowOverlap="1" wp14:anchorId="45121BDF" wp14:editId="45E7C105">
            <wp:simplePos x="0" y="0"/>
            <wp:positionH relativeFrom="page">
              <wp:posOffset>0</wp:posOffset>
            </wp:positionH>
            <wp:positionV relativeFrom="page">
              <wp:posOffset>-63500</wp:posOffset>
            </wp:positionV>
            <wp:extent cx="2381885" cy="111252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83763" cy="111339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1EC4C14" w14:textId="2D1E1FF9" w:rsidR="00083CE7" w:rsidRDefault="00593F6A">
      <w:pPr>
        <w:widowControl/>
        <w:autoSpaceDE w:val="0"/>
        <w:autoSpaceDN w:val="0"/>
        <w:spacing w:before="3566" w:line="474" w:lineRule="exact"/>
        <w:ind w:right="1802"/>
        <w:jc w:val="right"/>
      </w:pPr>
      <w:r>
        <w:rPr>
          <w:rFonts w:eastAsia="宋体" w:hint="eastAsia"/>
          <w:noProof/>
        </w:rPr>
        <w:drawing>
          <wp:anchor distT="0" distB="0" distL="114300" distR="114300" simplePos="0" relativeHeight="251658240" behindDoc="0" locked="0" layoutInCell="1" allowOverlap="1" wp14:anchorId="1CA75561" wp14:editId="35C9E261">
            <wp:simplePos x="0" y="0"/>
            <wp:positionH relativeFrom="column">
              <wp:posOffset>612250</wp:posOffset>
            </wp:positionH>
            <wp:positionV relativeFrom="page">
              <wp:posOffset>556591</wp:posOffset>
            </wp:positionV>
            <wp:extent cx="1292860" cy="1722755"/>
            <wp:effectExtent l="0" t="0" r="2540" b="0"/>
            <wp:wrapNone/>
            <wp:docPr id="58313397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133975" name="图片 58313397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92860" cy="1722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E4527">
        <w:rPr>
          <w:rFonts w:ascii="Af8z2sdh+MicrosoftYaHei" w:eastAsia="Af8z2sdh+MicrosoftYaHei" w:hAnsi="Af8z2sdh+MicrosoftYaHei" w:hint="eastAsia"/>
          <w:color w:val="FFFFFF"/>
          <w:sz w:val="36"/>
        </w:rPr>
        <w:t>胡小豆</w:t>
      </w:r>
    </w:p>
    <w:p w14:paraId="712F6E35" w14:textId="55A4C4C8" w:rsidR="00083CE7" w:rsidRDefault="00000000">
      <w:pPr>
        <w:widowControl/>
        <w:autoSpaceDE w:val="0"/>
        <w:autoSpaceDN w:val="0"/>
        <w:spacing w:before="256" w:line="262" w:lineRule="exact"/>
        <w:ind w:right="1878"/>
        <w:jc w:val="right"/>
      </w:pPr>
      <w:r>
        <w:rPr>
          <w:rFonts w:ascii="Af8z2sdh+MicrosoftYaHei" w:eastAsia="Af8z2sdh+MicrosoftYaHei" w:hAnsi="Af8z2sdh+MicrosoftYaHei"/>
          <w:color w:val="FFFFFF"/>
          <w:sz w:val="20"/>
        </w:rPr>
        <w:t>SURP</w:t>
      </w:r>
      <w:r>
        <w:rPr>
          <w:rFonts w:ascii="Af8z2sdh+MicrosoftYaHei" w:eastAsia="Af8z2sdh+MicrosoftYaHei" w:hAnsi="Af8z2sdh+MicrosoftYaHei"/>
          <w:color w:val="FFFFFF"/>
          <w:spacing w:val="2"/>
          <w:sz w:val="20"/>
        </w:rPr>
        <w:t>R</w:t>
      </w:r>
      <w:r>
        <w:rPr>
          <w:rFonts w:ascii="Af8z2sdh+MicrosoftYaHei" w:eastAsia="Af8z2sdh+MicrosoftYaHei" w:hAnsi="Af8z2sdh+MicrosoftYaHei"/>
          <w:color w:val="FFFFFF"/>
          <w:sz w:val="20"/>
        </w:rPr>
        <w:t>I</w:t>
      </w:r>
      <w:r>
        <w:rPr>
          <w:rFonts w:ascii="Af8z2sdh+MicrosoftYaHei" w:eastAsia="Af8z2sdh+MicrosoftYaHei" w:hAnsi="Af8z2sdh+MicrosoftYaHei"/>
          <w:color w:val="FFFFFF"/>
          <w:spacing w:val="2"/>
          <w:sz w:val="20"/>
        </w:rPr>
        <w:t>S</w:t>
      </w:r>
      <w:r>
        <w:rPr>
          <w:rFonts w:ascii="Af8z2sdh+MicrosoftYaHei" w:eastAsia="Af8z2sdh+MicrosoftYaHei" w:hAnsi="Af8z2sdh+MicrosoftYaHei"/>
          <w:color w:val="FFFFFF"/>
          <w:sz w:val="20"/>
        </w:rPr>
        <w:t>E</w:t>
      </w:r>
    </w:p>
    <w:p w14:paraId="43A3EA61" w14:textId="08705C90" w:rsidR="00083CE7" w:rsidRDefault="001E4527">
      <w:pPr>
        <w:widowControl/>
        <w:autoSpaceDE w:val="0"/>
        <w:autoSpaceDN w:val="0"/>
        <w:spacing w:before="442" w:line="310" w:lineRule="exact"/>
        <w:ind w:left="790"/>
        <w:jc w:val="left"/>
      </w:pPr>
      <w:r>
        <w:rPr>
          <w:noProof/>
        </w:rPr>
        <w:drawing>
          <wp:anchor distT="0" distB="0" distL="0" distR="0" simplePos="0" relativeHeight="12000" behindDoc="1" locked="0" layoutInCell="1" allowOverlap="1" wp14:anchorId="094F6BAC" wp14:editId="1B74CC75">
            <wp:simplePos x="0" y="0"/>
            <wp:positionH relativeFrom="page">
              <wp:posOffset>97790</wp:posOffset>
            </wp:positionH>
            <wp:positionV relativeFrom="page">
              <wp:posOffset>3110230</wp:posOffset>
            </wp:positionV>
            <wp:extent cx="2573020" cy="680224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73020" cy="680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f8z2sdh+MicrosoftYaHei" w:eastAsia="Af8z2sdh+MicrosoftYaHei" w:hAnsi="Af8z2sdh+MicrosoftYaHei"/>
          <w:color w:val="FFFFFF"/>
          <w:sz w:val="24"/>
        </w:rPr>
        <w:t>基本信息</w:t>
      </w:r>
    </w:p>
    <w:p w14:paraId="02636049" w14:textId="125F93E0" w:rsidR="00083CE7" w:rsidRDefault="00000000">
      <w:pPr>
        <w:widowControl/>
        <w:tabs>
          <w:tab w:val="left" w:pos="1598"/>
        </w:tabs>
        <w:autoSpaceDE w:val="0"/>
        <w:autoSpaceDN w:val="0"/>
        <w:spacing w:before="666" w:line="278" w:lineRule="exact"/>
        <w:ind w:left="428"/>
        <w:jc w:val="left"/>
      </w:pPr>
      <w:r>
        <w:rPr>
          <w:rFonts w:ascii="Af8z2sdh+MicrosoftYaHei" w:eastAsia="Af8z2sdh+MicrosoftYaHei" w:hAnsi="Af8z2sdh+MicrosoftYaHei"/>
          <w:color w:val="FFFFFF"/>
        </w:rPr>
        <w:t>生</w:t>
      </w:r>
      <w:r>
        <w:rPr>
          <w:rFonts w:ascii="Af8z2sdh+MicrosoftYaHei" w:eastAsia="Af8z2sdh+MicrosoftYaHei" w:hAnsi="Af8z2sdh+MicrosoftYaHei"/>
          <w:color w:val="FFFFFF"/>
          <w:spacing w:val="4"/>
        </w:rPr>
        <w:t>日</w:t>
      </w:r>
      <w:r>
        <w:rPr>
          <w:rFonts w:ascii="Af8z2sdh+MicrosoftYaHei" w:eastAsia="Af8z2sdh+MicrosoftYaHei" w:hAnsi="Af8z2sdh+MicrosoftYaHei"/>
          <w:color w:val="FFFFFF"/>
        </w:rPr>
        <w:t>：</w:t>
      </w:r>
      <w:r>
        <w:tab/>
      </w:r>
      <w:r w:rsidR="00D3518E">
        <w:rPr>
          <w:rFonts w:ascii="Af8z2sdh+MicrosoftYaHei" w:eastAsia="Af8z2sdh+MicrosoftYaHei" w:hAnsi="Af8z2sdh+MicrosoftYaHei" w:hint="eastAsia"/>
          <w:color w:val="FFFFFF"/>
        </w:rPr>
        <w:t>20</w:t>
      </w:r>
      <w:r w:rsidR="00D3518E">
        <w:rPr>
          <w:rFonts w:ascii="Cambria" w:eastAsia="Af8z2sdh+MicrosoftYaHei" w:hAnsi="Cambria" w:hint="eastAsia"/>
          <w:color w:val="FFFFFF"/>
        </w:rPr>
        <w:t>xx</w:t>
      </w:r>
      <w:r>
        <w:rPr>
          <w:rFonts w:ascii="Af8z2sdh+MicrosoftYaHei" w:eastAsia="Af8z2sdh+MicrosoftYaHei" w:hAnsi="Af8z2sdh+MicrosoftYaHei"/>
          <w:color w:val="FFFFFF"/>
          <w:spacing w:val="40"/>
        </w:rPr>
        <w:t>年</w:t>
      </w:r>
      <w:r>
        <w:rPr>
          <w:rFonts w:ascii="Af8z2sdh+MicrosoftYaHei" w:eastAsia="Af8z2sdh+MicrosoftYaHei" w:hAnsi="Af8z2sdh+MicrosoftYaHei"/>
          <w:color w:val="FFFFFF"/>
          <w:spacing w:val="4"/>
        </w:rPr>
        <w:t>0</w:t>
      </w:r>
      <w:r>
        <w:rPr>
          <w:rFonts w:ascii="Af8z2sdh+MicrosoftYaHei" w:eastAsia="Af8z2sdh+MicrosoftYaHei" w:hAnsi="Af8z2sdh+MicrosoftYaHei"/>
          <w:color w:val="FFFFFF"/>
          <w:spacing w:val="38"/>
        </w:rPr>
        <w:t>7</w:t>
      </w:r>
      <w:r>
        <w:rPr>
          <w:rFonts w:ascii="Af8z2sdh+MicrosoftYaHei" w:eastAsia="Af8z2sdh+MicrosoftYaHei" w:hAnsi="Af8z2sdh+MicrosoftYaHei"/>
          <w:color w:val="FFFFFF"/>
          <w:spacing w:val="42"/>
        </w:rPr>
        <w:t>月</w:t>
      </w:r>
      <w:r>
        <w:rPr>
          <w:rFonts w:ascii="Af8z2sdh+MicrosoftYaHei" w:eastAsia="Af8z2sdh+MicrosoftYaHei" w:hAnsi="Af8z2sdh+MicrosoftYaHei"/>
          <w:color w:val="FFFFFF"/>
        </w:rPr>
        <w:t>3</w:t>
      </w:r>
      <w:r>
        <w:rPr>
          <w:rFonts w:ascii="Af8z2sdh+MicrosoftYaHei" w:eastAsia="Af8z2sdh+MicrosoftYaHei" w:hAnsi="Af8z2sdh+MicrosoftYaHei"/>
          <w:color w:val="FFFFFF"/>
          <w:spacing w:val="42"/>
        </w:rPr>
        <w:t>0</w:t>
      </w:r>
      <w:r>
        <w:rPr>
          <w:rFonts w:ascii="Af8z2sdh+MicrosoftYaHei" w:eastAsia="Af8z2sdh+MicrosoftYaHei" w:hAnsi="Af8z2sdh+MicrosoftYaHei"/>
          <w:color w:val="FFFFFF"/>
        </w:rPr>
        <w:t>日</w:t>
      </w:r>
    </w:p>
    <w:p w14:paraId="39718A37" w14:textId="77777777" w:rsidR="00083CE7" w:rsidRDefault="00000000">
      <w:pPr>
        <w:widowControl/>
        <w:tabs>
          <w:tab w:val="left" w:pos="1598"/>
        </w:tabs>
        <w:autoSpaceDE w:val="0"/>
        <w:autoSpaceDN w:val="0"/>
        <w:spacing w:before="102" w:line="272" w:lineRule="exact"/>
        <w:ind w:left="428"/>
        <w:jc w:val="left"/>
      </w:pPr>
      <w:r>
        <w:rPr>
          <w:rFonts w:ascii="Af8z2sdh+MicrosoftYaHei" w:eastAsia="Af8z2sdh+MicrosoftYaHei" w:hAnsi="Af8z2sdh+MicrosoftYaHei"/>
          <w:color w:val="FFFFFF"/>
        </w:rPr>
        <w:t>毕</w:t>
      </w:r>
      <w:r>
        <w:rPr>
          <w:rFonts w:ascii="Af8z2sdh+MicrosoftYaHei" w:eastAsia="Af8z2sdh+MicrosoftYaHei" w:hAnsi="Af8z2sdh+MicrosoftYaHei"/>
          <w:color w:val="FFFFFF"/>
          <w:spacing w:val="4"/>
        </w:rPr>
        <w:t>业</w:t>
      </w:r>
      <w:r>
        <w:rPr>
          <w:rFonts w:ascii="Af8z2sdh+MicrosoftYaHei" w:eastAsia="Af8z2sdh+MicrosoftYaHei" w:hAnsi="Af8z2sdh+MicrosoftYaHei"/>
          <w:color w:val="FFFFFF"/>
        </w:rPr>
        <w:t>学</w:t>
      </w:r>
      <w:r>
        <w:rPr>
          <w:rFonts w:ascii="Af8z2sdh+MicrosoftYaHei" w:eastAsia="Af8z2sdh+MicrosoftYaHei" w:hAnsi="Af8z2sdh+MicrosoftYaHei"/>
          <w:color w:val="FFFFFF"/>
          <w:spacing w:val="4"/>
        </w:rPr>
        <w:t>校</w:t>
      </w:r>
      <w:r>
        <w:rPr>
          <w:rFonts w:ascii="Af8z2sdh+MicrosoftYaHei" w:eastAsia="Af8z2sdh+MicrosoftYaHei" w:hAnsi="Af8z2sdh+MicrosoftYaHei"/>
          <w:color w:val="FFFFFF"/>
        </w:rPr>
        <w:t>：</w:t>
      </w:r>
      <w:r>
        <w:tab/>
      </w:r>
      <w:r>
        <w:rPr>
          <w:rFonts w:ascii="Af8z2sdh+MicrosoftYaHei" w:eastAsia="Af8z2sdh+MicrosoftYaHei" w:hAnsi="Af8z2sdh+MicrosoftYaHei"/>
          <w:color w:val="FFFFFF"/>
        </w:rPr>
        <w:t>广</w:t>
      </w:r>
      <w:r>
        <w:rPr>
          <w:rFonts w:ascii="Af8z2sdh+MicrosoftYaHei" w:eastAsia="Af8z2sdh+MicrosoftYaHei" w:hAnsi="Af8z2sdh+MicrosoftYaHei"/>
          <w:color w:val="FFFFFF"/>
          <w:spacing w:val="2"/>
        </w:rPr>
        <w:t>州</w:t>
      </w:r>
      <w:r>
        <w:rPr>
          <w:rFonts w:ascii="Af8z2sdh+MicrosoftYaHei" w:eastAsia="Af8z2sdh+MicrosoftYaHei" w:hAnsi="Af8z2sdh+MicrosoftYaHei"/>
          <w:color w:val="FFFFFF"/>
        </w:rPr>
        <w:t>美</w:t>
      </w:r>
      <w:r>
        <w:rPr>
          <w:rFonts w:ascii="Af8z2sdh+MicrosoftYaHei" w:eastAsia="Af8z2sdh+MicrosoftYaHei" w:hAnsi="Af8z2sdh+MicrosoftYaHei"/>
          <w:color w:val="FFFFFF"/>
          <w:spacing w:val="2"/>
        </w:rPr>
        <w:t>术</w:t>
      </w:r>
      <w:r>
        <w:rPr>
          <w:rFonts w:ascii="Af8z2sdh+MicrosoftYaHei" w:eastAsia="Af8z2sdh+MicrosoftYaHei" w:hAnsi="Af8z2sdh+MicrosoftYaHei"/>
          <w:color w:val="FFFFFF"/>
        </w:rPr>
        <w:t>学院</w:t>
      </w:r>
    </w:p>
    <w:p w14:paraId="53D03493" w14:textId="77777777" w:rsidR="00083CE7" w:rsidRDefault="00000000">
      <w:pPr>
        <w:widowControl/>
        <w:tabs>
          <w:tab w:val="left" w:pos="1598"/>
        </w:tabs>
        <w:autoSpaceDE w:val="0"/>
        <w:autoSpaceDN w:val="0"/>
        <w:spacing w:before="110" w:line="272" w:lineRule="exact"/>
        <w:ind w:left="428"/>
        <w:jc w:val="left"/>
      </w:pPr>
      <w:r>
        <w:rPr>
          <w:rFonts w:ascii="Af8z2sdh+MicrosoftYaHei" w:eastAsia="Af8z2sdh+MicrosoftYaHei" w:hAnsi="Af8z2sdh+MicrosoftYaHei"/>
          <w:color w:val="FFFFFF"/>
        </w:rPr>
        <w:t>学</w:t>
      </w:r>
      <w:r>
        <w:rPr>
          <w:rFonts w:ascii="Af8z2sdh+MicrosoftYaHei" w:eastAsia="Af8z2sdh+MicrosoftYaHei" w:hAnsi="Af8z2sdh+MicrosoftYaHei"/>
          <w:color w:val="FFFFFF"/>
          <w:spacing w:val="4"/>
        </w:rPr>
        <w:t>历</w:t>
      </w:r>
      <w:r>
        <w:rPr>
          <w:rFonts w:ascii="Af8z2sdh+MicrosoftYaHei" w:eastAsia="Af8z2sdh+MicrosoftYaHei" w:hAnsi="Af8z2sdh+MicrosoftYaHei"/>
          <w:color w:val="FFFFFF"/>
        </w:rPr>
        <w:t>：</w:t>
      </w:r>
      <w:r>
        <w:tab/>
      </w:r>
      <w:r>
        <w:rPr>
          <w:rFonts w:ascii="Af8z2sdh+MicrosoftYaHei" w:eastAsia="Af8z2sdh+MicrosoftYaHei" w:hAnsi="Af8z2sdh+MicrosoftYaHei"/>
          <w:color w:val="FFFFFF"/>
        </w:rPr>
        <w:t>本科</w:t>
      </w:r>
    </w:p>
    <w:p w14:paraId="757DDF04" w14:textId="77777777" w:rsidR="00083CE7" w:rsidRDefault="00000000">
      <w:pPr>
        <w:widowControl/>
        <w:tabs>
          <w:tab w:val="left" w:pos="1598"/>
        </w:tabs>
        <w:autoSpaceDE w:val="0"/>
        <w:autoSpaceDN w:val="0"/>
        <w:spacing w:before="106" w:line="278" w:lineRule="exact"/>
        <w:ind w:left="428"/>
        <w:jc w:val="left"/>
      </w:pPr>
      <w:r>
        <w:rPr>
          <w:rFonts w:ascii="Af8z2sdh+MicrosoftYaHei" w:eastAsia="Af8z2sdh+MicrosoftYaHei" w:hAnsi="Af8z2sdh+MicrosoftYaHei"/>
          <w:color w:val="FFFFFF"/>
        </w:rPr>
        <w:t>籍</w:t>
      </w:r>
      <w:r>
        <w:rPr>
          <w:rFonts w:ascii="Af8z2sdh+MicrosoftYaHei" w:eastAsia="Af8z2sdh+MicrosoftYaHei" w:hAnsi="Af8z2sdh+MicrosoftYaHei"/>
          <w:color w:val="FFFFFF"/>
          <w:spacing w:val="4"/>
        </w:rPr>
        <w:t>贯</w:t>
      </w:r>
      <w:r>
        <w:rPr>
          <w:rFonts w:ascii="Af8z2sdh+MicrosoftYaHei" w:eastAsia="Af8z2sdh+MicrosoftYaHei" w:hAnsi="Af8z2sdh+MicrosoftYaHei"/>
          <w:color w:val="FFFFFF"/>
        </w:rPr>
        <w:t>：</w:t>
      </w:r>
      <w:r>
        <w:tab/>
      </w:r>
      <w:r>
        <w:rPr>
          <w:rFonts w:ascii="Af8z2sdh+MicrosoftYaHei" w:eastAsia="Af8z2sdh+MicrosoftYaHei" w:hAnsi="Af8z2sdh+MicrosoftYaHei"/>
          <w:color w:val="FFFFFF"/>
        </w:rPr>
        <w:t>广东</w:t>
      </w:r>
    </w:p>
    <w:p w14:paraId="78E180B4" w14:textId="77777777" w:rsidR="00083CE7" w:rsidRDefault="00000000">
      <w:pPr>
        <w:widowControl/>
        <w:tabs>
          <w:tab w:val="left" w:pos="1598"/>
        </w:tabs>
        <w:autoSpaceDE w:val="0"/>
        <w:autoSpaceDN w:val="0"/>
        <w:spacing w:before="102" w:line="272" w:lineRule="exact"/>
        <w:ind w:left="428"/>
        <w:jc w:val="left"/>
      </w:pPr>
      <w:r>
        <w:rPr>
          <w:rFonts w:ascii="Af8z2sdh+MicrosoftYaHei" w:eastAsia="Af8z2sdh+MicrosoftYaHei" w:hAnsi="Af8z2sdh+MicrosoftYaHei"/>
          <w:color w:val="FFFFFF"/>
        </w:rPr>
        <w:t>专</w:t>
      </w:r>
      <w:r>
        <w:rPr>
          <w:rFonts w:ascii="Af8z2sdh+MicrosoftYaHei" w:eastAsia="Af8z2sdh+MicrosoftYaHei" w:hAnsi="Af8z2sdh+MicrosoftYaHei"/>
          <w:color w:val="FFFFFF"/>
          <w:spacing w:val="4"/>
        </w:rPr>
        <w:t>业</w:t>
      </w:r>
      <w:r>
        <w:rPr>
          <w:rFonts w:ascii="Af8z2sdh+MicrosoftYaHei" w:eastAsia="Af8z2sdh+MicrosoftYaHei" w:hAnsi="Af8z2sdh+MicrosoftYaHei"/>
          <w:color w:val="FFFFFF"/>
        </w:rPr>
        <w:t>：</w:t>
      </w:r>
      <w:r>
        <w:tab/>
      </w:r>
      <w:r>
        <w:rPr>
          <w:rFonts w:ascii="Af8z2sdh+MicrosoftYaHei" w:eastAsia="Af8z2sdh+MicrosoftYaHei" w:hAnsi="Af8z2sdh+MicrosoftYaHei"/>
          <w:color w:val="FFFFFF"/>
        </w:rPr>
        <w:t>平</w:t>
      </w:r>
      <w:r>
        <w:rPr>
          <w:rFonts w:ascii="Af8z2sdh+MicrosoftYaHei" w:eastAsia="Af8z2sdh+MicrosoftYaHei" w:hAnsi="Af8z2sdh+MicrosoftYaHei"/>
          <w:color w:val="FFFFFF"/>
          <w:spacing w:val="2"/>
        </w:rPr>
        <w:t>面</w:t>
      </w:r>
      <w:r>
        <w:rPr>
          <w:rFonts w:ascii="Af8z2sdh+MicrosoftYaHei" w:eastAsia="Af8z2sdh+MicrosoftYaHei" w:hAnsi="Af8z2sdh+MicrosoftYaHei"/>
          <w:color w:val="FFFFFF"/>
        </w:rPr>
        <w:t>设计</w:t>
      </w:r>
    </w:p>
    <w:p w14:paraId="7E137B17" w14:textId="77777777" w:rsidR="00083CE7" w:rsidRDefault="00000000">
      <w:pPr>
        <w:widowControl/>
        <w:tabs>
          <w:tab w:val="left" w:pos="1598"/>
        </w:tabs>
        <w:autoSpaceDE w:val="0"/>
        <w:autoSpaceDN w:val="0"/>
        <w:spacing w:before="110" w:line="272" w:lineRule="exact"/>
        <w:ind w:left="428"/>
        <w:jc w:val="left"/>
      </w:pPr>
      <w:r>
        <w:rPr>
          <w:rFonts w:ascii="Af8z2sdh+MicrosoftYaHei" w:eastAsia="Af8z2sdh+MicrosoftYaHei" w:hAnsi="Af8z2sdh+MicrosoftYaHei"/>
          <w:color w:val="FFFFFF"/>
        </w:rPr>
        <w:t>现</w:t>
      </w:r>
      <w:r>
        <w:rPr>
          <w:rFonts w:ascii="Af8z2sdh+MicrosoftYaHei" w:eastAsia="Af8z2sdh+MicrosoftYaHei" w:hAnsi="Af8z2sdh+MicrosoftYaHei"/>
          <w:color w:val="FFFFFF"/>
          <w:spacing w:val="4"/>
        </w:rPr>
        <w:t>居</w:t>
      </w:r>
      <w:r>
        <w:rPr>
          <w:rFonts w:ascii="Af8z2sdh+MicrosoftYaHei" w:eastAsia="Af8z2sdh+MicrosoftYaHei" w:hAnsi="Af8z2sdh+MicrosoftYaHei"/>
          <w:color w:val="FFFFFF"/>
        </w:rPr>
        <w:t>：</w:t>
      </w:r>
      <w:r>
        <w:tab/>
      </w:r>
      <w:r>
        <w:rPr>
          <w:rFonts w:ascii="Af8z2sdh+MicrosoftYaHei" w:eastAsia="Af8z2sdh+MicrosoftYaHei" w:hAnsi="Af8z2sdh+MicrosoftYaHei"/>
          <w:color w:val="FFFFFF"/>
        </w:rPr>
        <w:t>广东</w:t>
      </w:r>
      <w:r>
        <w:rPr>
          <w:rFonts w:ascii="Arial" w:eastAsia="Arial" w:hAnsi="Arial"/>
          <w:color w:val="FFFFFF"/>
          <w:spacing w:val="50"/>
        </w:rPr>
        <w:t xml:space="preserve"> </w:t>
      </w:r>
      <w:r>
        <w:rPr>
          <w:rFonts w:ascii="Af8z2sdh+MicrosoftYaHei" w:eastAsia="Af8z2sdh+MicrosoftYaHei" w:hAnsi="Af8z2sdh+MicrosoftYaHei"/>
          <w:color w:val="FFFFFF"/>
        </w:rPr>
        <w:t>广州</w:t>
      </w:r>
    </w:p>
    <w:p w14:paraId="4C660B61" w14:textId="77777777" w:rsidR="00083CE7" w:rsidRDefault="00000000">
      <w:pPr>
        <w:widowControl/>
        <w:tabs>
          <w:tab w:val="left" w:pos="1598"/>
        </w:tabs>
        <w:autoSpaceDE w:val="0"/>
        <w:autoSpaceDN w:val="0"/>
        <w:spacing w:before="106" w:line="278" w:lineRule="exact"/>
        <w:ind w:left="428"/>
        <w:jc w:val="left"/>
      </w:pPr>
      <w:r>
        <w:rPr>
          <w:rFonts w:ascii="Af8z2sdh+MicrosoftYaHei" w:eastAsia="Af8z2sdh+MicrosoftYaHei" w:hAnsi="Af8z2sdh+MicrosoftYaHei"/>
          <w:color w:val="FFFFFF"/>
        </w:rPr>
        <w:t>求</w:t>
      </w:r>
      <w:r>
        <w:rPr>
          <w:rFonts w:ascii="Af8z2sdh+MicrosoftYaHei" w:eastAsia="Af8z2sdh+MicrosoftYaHei" w:hAnsi="Af8z2sdh+MicrosoftYaHei"/>
          <w:color w:val="FFFFFF"/>
          <w:spacing w:val="4"/>
        </w:rPr>
        <w:t>职</w:t>
      </w:r>
      <w:r>
        <w:rPr>
          <w:rFonts w:ascii="Af8z2sdh+MicrosoftYaHei" w:eastAsia="Af8z2sdh+MicrosoftYaHei" w:hAnsi="Af8z2sdh+MicrosoftYaHei"/>
          <w:color w:val="FFFFFF"/>
        </w:rPr>
        <w:t>意</w:t>
      </w:r>
      <w:r>
        <w:rPr>
          <w:rFonts w:ascii="Af8z2sdh+MicrosoftYaHei" w:eastAsia="Af8z2sdh+MicrosoftYaHei" w:hAnsi="Af8z2sdh+MicrosoftYaHei"/>
          <w:color w:val="FFFFFF"/>
          <w:spacing w:val="4"/>
        </w:rPr>
        <w:t>向</w:t>
      </w:r>
      <w:r>
        <w:rPr>
          <w:rFonts w:ascii="Af8z2sdh+MicrosoftYaHei" w:eastAsia="Af8z2sdh+MicrosoftYaHei" w:hAnsi="Af8z2sdh+MicrosoftYaHei"/>
          <w:color w:val="FFFFFF"/>
        </w:rPr>
        <w:t>：</w:t>
      </w:r>
      <w:r>
        <w:tab/>
      </w:r>
      <w:r>
        <w:rPr>
          <w:rFonts w:ascii="Af8z2sdh+MicrosoftYaHei" w:eastAsia="Af8z2sdh+MicrosoftYaHei" w:hAnsi="Af8z2sdh+MicrosoftYaHei"/>
          <w:color w:val="FFFFFF"/>
        </w:rPr>
        <w:t>平</w:t>
      </w:r>
      <w:r>
        <w:rPr>
          <w:rFonts w:ascii="Af8z2sdh+MicrosoftYaHei" w:eastAsia="Af8z2sdh+MicrosoftYaHei" w:hAnsi="Af8z2sdh+MicrosoftYaHei"/>
          <w:color w:val="FFFFFF"/>
          <w:spacing w:val="2"/>
        </w:rPr>
        <w:t>面</w:t>
      </w:r>
      <w:r>
        <w:rPr>
          <w:rFonts w:ascii="Af8z2sdh+MicrosoftYaHei" w:eastAsia="Af8z2sdh+MicrosoftYaHei" w:hAnsi="Af8z2sdh+MicrosoftYaHei"/>
          <w:color w:val="FFFFFF"/>
        </w:rPr>
        <w:t>设计</w:t>
      </w:r>
    </w:p>
    <w:p w14:paraId="01CF62FB" w14:textId="07CBC0A4" w:rsidR="00083CE7" w:rsidRDefault="001E4527">
      <w:pPr>
        <w:widowControl/>
        <w:autoSpaceDE w:val="0"/>
        <w:autoSpaceDN w:val="0"/>
        <w:spacing w:before="616" w:line="316" w:lineRule="exact"/>
        <w:ind w:left="816"/>
        <w:jc w:val="left"/>
      </w:pPr>
      <w:r>
        <w:rPr>
          <w:noProof/>
        </w:rPr>
        <w:drawing>
          <wp:anchor distT="0" distB="0" distL="0" distR="0" simplePos="0" relativeHeight="13000" behindDoc="1" locked="0" layoutInCell="1" allowOverlap="1" wp14:anchorId="1ED32109" wp14:editId="6AD45C8C">
            <wp:simplePos x="0" y="0"/>
            <wp:positionH relativeFrom="page">
              <wp:posOffset>107950</wp:posOffset>
            </wp:positionH>
            <wp:positionV relativeFrom="page">
              <wp:posOffset>5751830</wp:posOffset>
            </wp:positionV>
            <wp:extent cx="2573020" cy="68389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73020" cy="683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f8z2sdh+MicrosoftYaHei" w:eastAsia="Af8z2sdh+MicrosoftYaHei" w:hAnsi="Af8z2sdh+MicrosoftYaHei"/>
          <w:color w:val="FFFFFF"/>
          <w:sz w:val="24"/>
        </w:rPr>
        <w:t>联系方式</w:t>
      </w:r>
    </w:p>
    <w:p w14:paraId="0C14E964" w14:textId="77777777" w:rsidR="00083CE7" w:rsidRDefault="00000000">
      <w:pPr>
        <w:widowControl/>
        <w:tabs>
          <w:tab w:val="left" w:pos="1234"/>
        </w:tabs>
        <w:autoSpaceDE w:val="0"/>
        <w:autoSpaceDN w:val="0"/>
        <w:spacing w:before="666" w:line="274" w:lineRule="exact"/>
        <w:ind w:left="424"/>
        <w:jc w:val="left"/>
      </w:pPr>
      <w:r>
        <w:rPr>
          <w:rFonts w:ascii="Af8z2sdh+MicrosoftYaHei" w:eastAsia="Af8z2sdh+MicrosoftYaHei" w:hAnsi="Af8z2sdh+MicrosoftYaHei"/>
          <w:color w:val="FFFFFF"/>
        </w:rPr>
        <w:t>手</w:t>
      </w:r>
      <w:r>
        <w:rPr>
          <w:rFonts w:ascii="Af8z2sdh+MicrosoftYaHei" w:eastAsia="Af8z2sdh+MicrosoftYaHei" w:hAnsi="Af8z2sdh+MicrosoftYaHei"/>
          <w:color w:val="FFFFFF"/>
          <w:spacing w:val="2"/>
        </w:rPr>
        <w:t>机</w:t>
      </w:r>
      <w:r>
        <w:rPr>
          <w:rFonts w:ascii="Af8z2sdh+MicrosoftYaHei" w:eastAsia="Af8z2sdh+MicrosoftYaHei" w:hAnsi="Af8z2sdh+MicrosoftYaHei"/>
          <w:color w:val="FFFFFF"/>
        </w:rPr>
        <w:t>：</w:t>
      </w:r>
      <w:r>
        <w:tab/>
      </w:r>
      <w:r>
        <w:rPr>
          <w:rFonts w:ascii="Af8z2sdh+MicrosoftYaHei" w:eastAsia="Af8z2sdh+MicrosoftYaHei" w:hAnsi="Af8z2sdh+MicrosoftYaHei"/>
          <w:color w:val="FFFFFF"/>
        </w:rPr>
        <w:t>1399</w:t>
      </w:r>
      <w:r>
        <w:rPr>
          <w:rFonts w:ascii="Af8z2sdh+MicrosoftYaHei" w:eastAsia="Af8z2sdh+MicrosoftYaHei" w:hAnsi="Af8z2sdh+MicrosoftYaHei"/>
          <w:color w:val="FFFFFF"/>
          <w:spacing w:val="2"/>
        </w:rPr>
        <w:t>9</w:t>
      </w:r>
      <w:r>
        <w:rPr>
          <w:rFonts w:ascii="Af8z2sdh+MicrosoftYaHei" w:eastAsia="Af8z2sdh+MicrosoftYaHei" w:hAnsi="Af8z2sdh+MicrosoftYaHei"/>
          <w:color w:val="FFFFFF"/>
        </w:rPr>
        <w:t>99</w:t>
      </w:r>
      <w:r>
        <w:rPr>
          <w:rFonts w:ascii="Af8z2sdh+MicrosoftYaHei" w:eastAsia="Af8z2sdh+MicrosoftYaHei" w:hAnsi="Af8z2sdh+MicrosoftYaHei"/>
          <w:color w:val="FFFFFF"/>
          <w:spacing w:val="2"/>
        </w:rPr>
        <w:t>9</w:t>
      </w:r>
      <w:r>
        <w:rPr>
          <w:rFonts w:ascii="Af8z2sdh+MicrosoftYaHei" w:eastAsia="Af8z2sdh+MicrosoftYaHei" w:hAnsi="Af8z2sdh+MicrosoftYaHei"/>
          <w:color w:val="FFFFFF"/>
        </w:rPr>
        <w:t>999</w:t>
      </w:r>
    </w:p>
    <w:p w14:paraId="194A4945" w14:textId="6AF16FD9" w:rsidR="00083CE7" w:rsidRDefault="00000000">
      <w:pPr>
        <w:widowControl/>
        <w:tabs>
          <w:tab w:val="left" w:pos="1234"/>
        </w:tabs>
        <w:autoSpaceDE w:val="0"/>
        <w:autoSpaceDN w:val="0"/>
        <w:spacing w:before="104" w:line="270" w:lineRule="exact"/>
        <w:ind w:left="424"/>
        <w:jc w:val="left"/>
      </w:pPr>
      <w:r>
        <w:rPr>
          <w:rFonts w:ascii="Af8z2sdh+MicrosoftYaHei" w:eastAsia="Af8z2sdh+MicrosoftYaHei" w:hAnsi="Af8z2sdh+MicrosoftYaHei"/>
          <w:color w:val="FFFFFF"/>
        </w:rPr>
        <w:t>邮</w:t>
      </w:r>
      <w:r>
        <w:rPr>
          <w:rFonts w:ascii="Af8z2sdh+MicrosoftYaHei" w:eastAsia="Af8z2sdh+MicrosoftYaHei" w:hAnsi="Af8z2sdh+MicrosoftYaHei"/>
          <w:color w:val="FFFFFF"/>
          <w:spacing w:val="2"/>
        </w:rPr>
        <w:t>箱</w:t>
      </w:r>
      <w:r>
        <w:rPr>
          <w:rFonts w:ascii="Af8z2sdh+MicrosoftYaHei" w:eastAsia="Af8z2sdh+MicrosoftYaHei" w:hAnsi="Af8z2sdh+MicrosoftYaHei"/>
          <w:color w:val="FFFFFF"/>
        </w:rPr>
        <w:t>：</w:t>
      </w:r>
      <w:r>
        <w:tab/>
      </w:r>
      <w:r>
        <w:rPr>
          <w:rFonts w:ascii="Af8z2sdh+MicrosoftYaHei" w:eastAsia="Af8z2sdh+MicrosoftYaHei" w:hAnsi="Af8z2sdh+MicrosoftYaHei"/>
          <w:color w:val="FFFFFF"/>
        </w:rPr>
        <w:t>1234</w:t>
      </w:r>
      <w:r>
        <w:rPr>
          <w:rFonts w:ascii="Af8z2sdh+MicrosoftYaHei" w:eastAsia="Af8z2sdh+MicrosoftYaHei" w:hAnsi="Af8z2sdh+MicrosoftYaHei"/>
          <w:color w:val="FFFFFF"/>
          <w:spacing w:val="2"/>
        </w:rPr>
        <w:t>5</w:t>
      </w:r>
      <w:r>
        <w:rPr>
          <w:rFonts w:ascii="Af8z2sdh+MicrosoftYaHei" w:eastAsia="Af8z2sdh+MicrosoftYaHei" w:hAnsi="Af8z2sdh+MicrosoftYaHei"/>
          <w:color w:val="FFFFFF"/>
        </w:rPr>
        <w:t>6@</w:t>
      </w:r>
      <w:r w:rsidR="00B93BEF">
        <w:rPr>
          <w:rFonts w:ascii="Cambria" w:eastAsia="Af8z2sdh+MicrosoftYaHei" w:hAnsi="Cambria" w:cs="Cambria" w:hint="eastAsia"/>
          <w:color w:val="FFFFFF"/>
        </w:rPr>
        <w:t>xx</w:t>
      </w:r>
      <w:r>
        <w:rPr>
          <w:rFonts w:ascii="Af8z2sdh+MicrosoftYaHei" w:eastAsia="Af8z2sdh+MicrosoftYaHei" w:hAnsi="Af8z2sdh+MicrosoftYaHei"/>
          <w:color w:val="FFFFFF"/>
        </w:rPr>
        <w:t>.</w:t>
      </w:r>
      <w:r>
        <w:rPr>
          <w:rFonts w:ascii="Af8z2sdh+MicrosoftYaHei" w:eastAsia="Af8z2sdh+MicrosoftYaHei" w:hAnsi="Af8z2sdh+MicrosoftYaHei"/>
          <w:color w:val="FFFFFF"/>
          <w:spacing w:val="2"/>
        </w:rPr>
        <w:t>co</w:t>
      </w:r>
      <w:r>
        <w:rPr>
          <w:rFonts w:ascii="Af8z2sdh+MicrosoftYaHei" w:eastAsia="Af8z2sdh+MicrosoftYaHei" w:hAnsi="Af8z2sdh+MicrosoftYaHei"/>
          <w:color w:val="FFFFFF"/>
        </w:rPr>
        <w:t>m</w:t>
      </w:r>
    </w:p>
    <w:p w14:paraId="51E99F6B" w14:textId="77777777" w:rsidR="00083CE7" w:rsidRDefault="00000000">
      <w:pPr>
        <w:widowControl/>
        <w:tabs>
          <w:tab w:val="left" w:pos="1234"/>
        </w:tabs>
        <w:autoSpaceDE w:val="0"/>
        <w:autoSpaceDN w:val="0"/>
        <w:spacing w:before="112" w:line="270" w:lineRule="exact"/>
        <w:ind w:left="424"/>
        <w:jc w:val="left"/>
      </w:pPr>
      <w:r>
        <w:rPr>
          <w:rFonts w:ascii="Af8z2sdh+MicrosoftYaHei" w:eastAsia="Af8z2sdh+MicrosoftYaHei" w:hAnsi="Af8z2sdh+MicrosoftYaHei"/>
          <w:color w:val="FFFFFF"/>
        </w:rPr>
        <w:t>地</w:t>
      </w:r>
      <w:r>
        <w:rPr>
          <w:rFonts w:ascii="Af8z2sdh+MicrosoftYaHei" w:eastAsia="Af8z2sdh+MicrosoftYaHei" w:hAnsi="Af8z2sdh+MicrosoftYaHei"/>
          <w:color w:val="FFFFFF"/>
          <w:spacing w:val="2"/>
        </w:rPr>
        <w:t>址</w:t>
      </w:r>
      <w:r>
        <w:rPr>
          <w:rFonts w:ascii="Af8z2sdh+MicrosoftYaHei" w:eastAsia="Af8z2sdh+MicrosoftYaHei" w:hAnsi="Af8z2sdh+MicrosoftYaHei"/>
          <w:color w:val="FFFFFF"/>
        </w:rPr>
        <w:t>：</w:t>
      </w:r>
      <w:r>
        <w:tab/>
      </w:r>
      <w:r>
        <w:rPr>
          <w:rFonts w:ascii="Af8z2sdh+MicrosoftYaHei" w:eastAsia="Af8z2sdh+MicrosoftYaHei" w:hAnsi="Af8z2sdh+MicrosoftYaHei"/>
          <w:color w:val="FFFFFF"/>
          <w:spacing w:val="22"/>
        </w:rPr>
        <w:t>广东</w:t>
      </w:r>
      <w:r>
        <w:rPr>
          <w:rFonts w:ascii="Af8z2sdh+MicrosoftYaHei" w:eastAsia="Af8z2sdh+MicrosoftYaHei" w:hAnsi="Af8z2sdh+MicrosoftYaHei"/>
          <w:color w:val="FFFFFF"/>
          <w:spacing w:val="24"/>
        </w:rPr>
        <w:t>省</w:t>
      </w:r>
      <w:r>
        <w:rPr>
          <w:rFonts w:ascii="Af8z2sdh+MicrosoftYaHei" w:eastAsia="Af8z2sdh+MicrosoftYaHei" w:hAnsi="Af8z2sdh+MicrosoftYaHei"/>
          <w:color w:val="FFFFFF"/>
          <w:spacing w:val="22"/>
        </w:rPr>
        <w:t>广州市</w:t>
      </w:r>
      <w:r>
        <w:rPr>
          <w:rFonts w:ascii="Af8z2sdh+MicrosoftYaHei" w:eastAsia="Af8z2sdh+MicrosoftYaHei" w:hAnsi="Af8z2sdh+MicrosoftYaHei"/>
          <w:color w:val="FFFFFF"/>
          <w:spacing w:val="24"/>
        </w:rPr>
        <w:t>海</w:t>
      </w:r>
      <w:r>
        <w:rPr>
          <w:rFonts w:ascii="Af8z2sdh+MicrosoftYaHei" w:eastAsia="Af8z2sdh+MicrosoftYaHei" w:hAnsi="Af8z2sdh+MicrosoftYaHei"/>
          <w:color w:val="FFFFFF"/>
        </w:rPr>
        <w:t>珠</w:t>
      </w:r>
    </w:p>
    <w:p w14:paraId="0A95A1C8" w14:textId="77777777" w:rsidR="00083CE7" w:rsidRDefault="00000000">
      <w:pPr>
        <w:widowControl/>
        <w:autoSpaceDE w:val="0"/>
        <w:autoSpaceDN w:val="0"/>
        <w:spacing w:before="110" w:line="274" w:lineRule="exact"/>
        <w:ind w:right="1548"/>
        <w:jc w:val="right"/>
      </w:pPr>
      <w:r>
        <w:rPr>
          <w:rFonts w:ascii="Af8z2sdh+MicrosoftYaHei" w:eastAsia="Af8z2sdh+MicrosoftYaHei" w:hAnsi="Af8z2sdh+MicrosoftYaHei"/>
          <w:color w:val="FFFFFF"/>
        </w:rPr>
        <w:t>区</w:t>
      </w:r>
      <w:r>
        <w:rPr>
          <w:rFonts w:ascii="Af8z2sdh+MicrosoftYaHei" w:eastAsia="Af8z2sdh+MicrosoftYaHei" w:hAnsi="Af8z2sdh+MicrosoftYaHei"/>
          <w:color w:val="FFFFFF"/>
          <w:spacing w:val="2"/>
        </w:rPr>
        <w:t>广</w:t>
      </w:r>
      <w:r>
        <w:rPr>
          <w:rFonts w:ascii="Af8z2sdh+MicrosoftYaHei" w:eastAsia="Af8z2sdh+MicrosoftYaHei" w:hAnsi="Af8z2sdh+MicrosoftYaHei"/>
          <w:color w:val="FFFFFF"/>
        </w:rPr>
        <w:t>州</w:t>
      </w:r>
      <w:r>
        <w:rPr>
          <w:rFonts w:ascii="Af8z2sdh+MicrosoftYaHei" w:eastAsia="Af8z2sdh+MicrosoftYaHei" w:hAnsi="Af8z2sdh+MicrosoftYaHei"/>
          <w:color w:val="FFFFFF"/>
          <w:spacing w:val="2"/>
        </w:rPr>
        <w:t>美</w:t>
      </w:r>
      <w:r>
        <w:rPr>
          <w:rFonts w:ascii="Af8z2sdh+MicrosoftYaHei" w:eastAsia="Af8z2sdh+MicrosoftYaHei" w:hAnsi="Af8z2sdh+MicrosoftYaHei"/>
          <w:color w:val="FFFFFF"/>
        </w:rPr>
        <w:t>术</w:t>
      </w:r>
      <w:r>
        <w:rPr>
          <w:rFonts w:ascii="Af8z2sdh+MicrosoftYaHei" w:eastAsia="Af8z2sdh+MicrosoftYaHei" w:hAnsi="Af8z2sdh+MicrosoftYaHei"/>
          <w:color w:val="FFFFFF"/>
          <w:spacing w:val="2"/>
        </w:rPr>
        <w:t>学</w:t>
      </w:r>
      <w:r>
        <w:rPr>
          <w:rFonts w:ascii="Af8z2sdh+MicrosoftYaHei" w:eastAsia="Af8z2sdh+MicrosoftYaHei" w:hAnsi="Af8z2sdh+MicrosoftYaHei"/>
          <w:color w:val="FFFFFF"/>
        </w:rPr>
        <w:t>院</w:t>
      </w:r>
    </w:p>
    <w:p w14:paraId="296C1F9E" w14:textId="4574EFAC" w:rsidR="00083CE7" w:rsidRDefault="001E4527">
      <w:pPr>
        <w:widowControl/>
        <w:autoSpaceDE w:val="0"/>
        <w:autoSpaceDN w:val="0"/>
        <w:spacing w:before="662" w:line="316" w:lineRule="exact"/>
        <w:ind w:left="820"/>
        <w:jc w:val="left"/>
      </w:pPr>
      <w:r>
        <w:rPr>
          <w:noProof/>
        </w:rPr>
        <w:drawing>
          <wp:anchor distT="0" distB="0" distL="0" distR="0" simplePos="0" relativeHeight="14000" behindDoc="1" locked="0" layoutInCell="1" allowOverlap="1" wp14:anchorId="395B5CF8" wp14:editId="6FEF61F7">
            <wp:simplePos x="0" y="0"/>
            <wp:positionH relativeFrom="page">
              <wp:posOffset>109220</wp:posOffset>
            </wp:positionH>
            <wp:positionV relativeFrom="page">
              <wp:posOffset>7686675</wp:posOffset>
            </wp:positionV>
            <wp:extent cx="2573020" cy="68008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73020" cy="680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f8z2sdh+MicrosoftYaHei" w:eastAsia="Af8z2sdh+MicrosoftYaHei" w:hAnsi="Af8z2sdh+MicrosoftYaHei"/>
          <w:color w:val="FFFFFF"/>
          <w:sz w:val="24"/>
        </w:rPr>
        <w:t>个人技能</w:t>
      </w:r>
    </w:p>
    <w:p w14:paraId="3405BF73" w14:textId="45A12EC0" w:rsidR="00083CE7" w:rsidRDefault="001E4527">
      <w:pPr>
        <w:widowControl/>
        <w:autoSpaceDE w:val="0"/>
        <w:autoSpaceDN w:val="0"/>
        <w:spacing w:before="644" w:line="286" w:lineRule="exact"/>
        <w:ind w:left="530"/>
        <w:jc w:val="left"/>
      </w:pPr>
      <w:r>
        <w:rPr>
          <w:noProof/>
        </w:rPr>
        <w:drawing>
          <wp:anchor distT="0" distB="0" distL="0" distR="0" simplePos="0" relativeHeight="18000" behindDoc="1" locked="0" layoutInCell="1" allowOverlap="1" wp14:anchorId="4C03519C" wp14:editId="4D8E2B5A">
            <wp:simplePos x="0" y="0"/>
            <wp:positionH relativeFrom="page">
              <wp:posOffset>821690</wp:posOffset>
            </wp:positionH>
            <wp:positionV relativeFrom="page">
              <wp:posOffset>8580120</wp:posOffset>
            </wp:positionV>
            <wp:extent cx="875665" cy="80010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75665" cy="80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6000" behindDoc="1" locked="0" layoutInCell="1" allowOverlap="1" wp14:anchorId="522480E1" wp14:editId="622207D1">
            <wp:simplePos x="0" y="0"/>
            <wp:positionH relativeFrom="page">
              <wp:posOffset>821690</wp:posOffset>
            </wp:positionH>
            <wp:positionV relativeFrom="page">
              <wp:posOffset>8580435</wp:posOffset>
            </wp:positionV>
            <wp:extent cx="1198880" cy="80010"/>
            <wp:effectExtent l="0" t="0" r="127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98880" cy="80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f8z2sdh+MicrosoftYaHei" w:eastAsia="Af8z2sdh+MicrosoftYaHei" w:hAnsi="Af8z2sdh+MicrosoftYaHei"/>
          <w:color w:val="FFFFFF"/>
          <w:sz w:val="22"/>
        </w:rPr>
        <w:t>组</w:t>
      </w:r>
      <w:r>
        <w:rPr>
          <w:rFonts w:ascii="Af8z2sdh+MicrosoftYaHei" w:eastAsia="Af8z2sdh+MicrosoftYaHei" w:hAnsi="Af8z2sdh+MicrosoftYaHei"/>
          <w:color w:val="FFFFFF"/>
          <w:spacing w:val="-2"/>
          <w:sz w:val="22"/>
        </w:rPr>
        <w:t>织</w:t>
      </w:r>
      <w:r>
        <w:rPr>
          <w:rFonts w:ascii="Af8z2sdh+MicrosoftYaHei" w:eastAsia="Af8z2sdh+MicrosoftYaHei" w:hAnsi="Af8z2sdh+MicrosoftYaHei"/>
          <w:color w:val="FFFFFF"/>
          <w:sz w:val="22"/>
        </w:rPr>
        <w:t>：</w:t>
      </w:r>
    </w:p>
    <w:p w14:paraId="5B8E6A74" w14:textId="424A40E9" w:rsidR="00083CE7" w:rsidRDefault="001E4527">
      <w:pPr>
        <w:widowControl/>
        <w:autoSpaceDE w:val="0"/>
        <w:autoSpaceDN w:val="0"/>
        <w:spacing w:before="154" w:line="284" w:lineRule="exact"/>
        <w:ind w:left="530"/>
        <w:jc w:val="left"/>
      </w:pPr>
      <w:r>
        <w:rPr>
          <w:noProof/>
        </w:rPr>
        <w:drawing>
          <wp:anchor distT="0" distB="0" distL="0" distR="0" simplePos="0" relativeHeight="22000" behindDoc="1" locked="0" layoutInCell="1" allowOverlap="1" wp14:anchorId="5460DD3B" wp14:editId="4E92BAE3">
            <wp:simplePos x="0" y="0"/>
            <wp:positionH relativeFrom="page">
              <wp:posOffset>815975</wp:posOffset>
            </wp:positionH>
            <wp:positionV relativeFrom="page">
              <wp:posOffset>8845550</wp:posOffset>
            </wp:positionV>
            <wp:extent cx="732790" cy="80010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32790" cy="80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0000" behindDoc="1" locked="0" layoutInCell="1" allowOverlap="1" wp14:anchorId="46C4C22D" wp14:editId="6E1867C2">
            <wp:simplePos x="0" y="0"/>
            <wp:positionH relativeFrom="page">
              <wp:posOffset>825003</wp:posOffset>
            </wp:positionH>
            <wp:positionV relativeFrom="page">
              <wp:posOffset>8846102</wp:posOffset>
            </wp:positionV>
            <wp:extent cx="1198880" cy="80207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98880" cy="80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f8z2sdh+MicrosoftYaHei" w:eastAsia="Af8z2sdh+MicrosoftYaHei" w:hAnsi="Af8z2sdh+MicrosoftYaHei"/>
          <w:color w:val="FFFFFF"/>
          <w:sz w:val="22"/>
        </w:rPr>
        <w:t>合</w:t>
      </w:r>
      <w:r>
        <w:rPr>
          <w:rFonts w:ascii="Af8z2sdh+MicrosoftYaHei" w:eastAsia="Af8z2sdh+MicrosoftYaHei" w:hAnsi="Af8z2sdh+MicrosoftYaHei"/>
          <w:color w:val="FFFFFF"/>
          <w:spacing w:val="-2"/>
          <w:sz w:val="22"/>
        </w:rPr>
        <w:t>作</w:t>
      </w:r>
      <w:r>
        <w:rPr>
          <w:rFonts w:ascii="Af8z2sdh+MicrosoftYaHei" w:eastAsia="Af8z2sdh+MicrosoftYaHei" w:hAnsi="Af8z2sdh+MicrosoftYaHei"/>
          <w:color w:val="FFFFFF"/>
          <w:sz w:val="22"/>
        </w:rPr>
        <w:t>：</w:t>
      </w:r>
    </w:p>
    <w:p w14:paraId="0196CF84" w14:textId="3EE1D67D" w:rsidR="00083CE7" w:rsidRDefault="001E4527">
      <w:pPr>
        <w:widowControl/>
        <w:autoSpaceDE w:val="0"/>
        <w:autoSpaceDN w:val="0"/>
        <w:spacing w:before="156" w:line="290" w:lineRule="exact"/>
        <w:ind w:left="530"/>
        <w:jc w:val="left"/>
      </w:pPr>
      <w:r>
        <w:rPr>
          <w:noProof/>
        </w:rPr>
        <w:drawing>
          <wp:anchor distT="0" distB="0" distL="0" distR="0" simplePos="0" relativeHeight="24000" behindDoc="1" locked="0" layoutInCell="1" allowOverlap="1" wp14:anchorId="6A397B76" wp14:editId="395180C0">
            <wp:simplePos x="0" y="0"/>
            <wp:positionH relativeFrom="page">
              <wp:posOffset>836930</wp:posOffset>
            </wp:positionH>
            <wp:positionV relativeFrom="page">
              <wp:posOffset>9144000</wp:posOffset>
            </wp:positionV>
            <wp:extent cx="1198880" cy="75565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198880" cy="75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6000" behindDoc="1" locked="0" layoutInCell="1" allowOverlap="1" wp14:anchorId="5935903C" wp14:editId="06C52896">
            <wp:simplePos x="0" y="0"/>
            <wp:positionH relativeFrom="page">
              <wp:posOffset>828040</wp:posOffset>
            </wp:positionH>
            <wp:positionV relativeFrom="page">
              <wp:posOffset>9144000</wp:posOffset>
            </wp:positionV>
            <wp:extent cx="980440" cy="75742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80440" cy="757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f8z2sdh+MicrosoftYaHei" w:eastAsia="Af8z2sdh+MicrosoftYaHei" w:hAnsi="Af8z2sdh+MicrosoftYaHei"/>
          <w:color w:val="FFFFFF"/>
          <w:sz w:val="22"/>
        </w:rPr>
        <w:t>沟</w:t>
      </w:r>
      <w:r>
        <w:rPr>
          <w:rFonts w:ascii="Af8z2sdh+MicrosoftYaHei" w:eastAsia="Af8z2sdh+MicrosoftYaHei" w:hAnsi="Af8z2sdh+MicrosoftYaHei"/>
          <w:color w:val="FFFFFF"/>
          <w:spacing w:val="-2"/>
          <w:sz w:val="22"/>
        </w:rPr>
        <w:t>通</w:t>
      </w:r>
      <w:r>
        <w:rPr>
          <w:rFonts w:ascii="Af8z2sdh+MicrosoftYaHei" w:eastAsia="Af8z2sdh+MicrosoftYaHei" w:hAnsi="Af8z2sdh+MicrosoftYaHei"/>
          <w:color w:val="FFFFFF"/>
          <w:sz w:val="22"/>
        </w:rPr>
        <w:t>：</w:t>
      </w:r>
    </w:p>
    <w:p w14:paraId="11A3B999" w14:textId="6D51F009" w:rsidR="00083CE7" w:rsidRDefault="001E4527">
      <w:pPr>
        <w:widowControl/>
        <w:autoSpaceDE w:val="0"/>
        <w:autoSpaceDN w:val="0"/>
        <w:spacing w:before="150" w:line="286" w:lineRule="exact"/>
        <w:ind w:left="530"/>
        <w:jc w:val="left"/>
      </w:pPr>
      <w:r>
        <w:rPr>
          <w:noProof/>
        </w:rPr>
        <w:drawing>
          <wp:anchor distT="0" distB="0" distL="0" distR="0" simplePos="0" relativeHeight="28000" behindDoc="1" locked="0" layoutInCell="1" allowOverlap="1" wp14:anchorId="43D541FD" wp14:editId="54B2A602">
            <wp:simplePos x="0" y="0"/>
            <wp:positionH relativeFrom="page">
              <wp:posOffset>838835</wp:posOffset>
            </wp:positionH>
            <wp:positionV relativeFrom="page">
              <wp:posOffset>9427845</wp:posOffset>
            </wp:positionV>
            <wp:extent cx="1200150" cy="8001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80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0000" behindDoc="1" locked="0" layoutInCell="1" allowOverlap="1" wp14:anchorId="55040212" wp14:editId="6497784F">
            <wp:simplePos x="0" y="0"/>
            <wp:positionH relativeFrom="page">
              <wp:posOffset>830580</wp:posOffset>
            </wp:positionH>
            <wp:positionV relativeFrom="page">
              <wp:posOffset>9427845</wp:posOffset>
            </wp:positionV>
            <wp:extent cx="1080770" cy="80213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80770" cy="802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f8z2sdh+MicrosoftYaHei" w:eastAsia="Af8z2sdh+MicrosoftYaHei" w:hAnsi="Af8z2sdh+MicrosoftYaHei"/>
          <w:color w:val="FFFFFF"/>
          <w:sz w:val="22"/>
        </w:rPr>
        <w:t>英</w:t>
      </w:r>
      <w:r>
        <w:rPr>
          <w:rFonts w:ascii="Af8z2sdh+MicrosoftYaHei" w:eastAsia="Af8z2sdh+MicrosoftYaHei" w:hAnsi="Af8z2sdh+MicrosoftYaHei"/>
          <w:color w:val="FFFFFF"/>
          <w:spacing w:val="-2"/>
          <w:sz w:val="22"/>
        </w:rPr>
        <w:t>语</w:t>
      </w:r>
      <w:r>
        <w:rPr>
          <w:rFonts w:ascii="Af8z2sdh+MicrosoftYaHei" w:eastAsia="Af8z2sdh+MicrosoftYaHei" w:hAnsi="Af8z2sdh+MicrosoftYaHei"/>
          <w:color w:val="FFFFFF"/>
          <w:sz w:val="22"/>
        </w:rPr>
        <w:t>：</w:t>
      </w:r>
    </w:p>
    <w:p w14:paraId="5113D05D" w14:textId="150E0488" w:rsidR="00083CE7" w:rsidRDefault="001E4527">
      <w:pPr>
        <w:widowControl/>
        <w:autoSpaceDE w:val="0"/>
        <w:autoSpaceDN w:val="0"/>
        <w:spacing w:before="154" w:line="284" w:lineRule="exact"/>
        <w:ind w:left="530"/>
        <w:jc w:val="left"/>
      </w:pPr>
      <w:r>
        <w:rPr>
          <w:noProof/>
        </w:rPr>
        <w:drawing>
          <wp:anchor distT="0" distB="0" distL="0" distR="0" simplePos="0" relativeHeight="38000" behindDoc="1" locked="0" layoutInCell="1" allowOverlap="1" wp14:anchorId="0824AF22" wp14:editId="21EF69E2">
            <wp:simplePos x="0" y="0"/>
            <wp:positionH relativeFrom="page">
              <wp:posOffset>838200</wp:posOffset>
            </wp:positionH>
            <wp:positionV relativeFrom="page">
              <wp:posOffset>9700895</wp:posOffset>
            </wp:positionV>
            <wp:extent cx="876300" cy="8001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0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2000" behindDoc="1" locked="0" layoutInCell="1" allowOverlap="1" wp14:anchorId="1E9E5008" wp14:editId="78BDCE40">
            <wp:simplePos x="0" y="0"/>
            <wp:positionH relativeFrom="page">
              <wp:posOffset>838200</wp:posOffset>
            </wp:positionH>
            <wp:positionV relativeFrom="page">
              <wp:posOffset>9700895</wp:posOffset>
            </wp:positionV>
            <wp:extent cx="1198880" cy="80207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198880" cy="80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f8z2sdh+MicrosoftYaHei" w:eastAsia="Af8z2sdh+MicrosoftYaHei" w:hAnsi="Af8z2sdh+MicrosoftYaHei"/>
          <w:color w:val="FFFFFF"/>
          <w:sz w:val="22"/>
        </w:rPr>
        <w:t>销</w:t>
      </w:r>
      <w:r>
        <w:rPr>
          <w:rFonts w:ascii="Af8z2sdh+MicrosoftYaHei" w:eastAsia="Af8z2sdh+MicrosoftYaHei" w:hAnsi="Af8z2sdh+MicrosoftYaHei"/>
          <w:color w:val="FFFFFF"/>
          <w:spacing w:val="-2"/>
          <w:sz w:val="22"/>
        </w:rPr>
        <w:t>售</w:t>
      </w:r>
      <w:r>
        <w:rPr>
          <w:rFonts w:ascii="Af8z2sdh+MicrosoftYaHei" w:eastAsia="Af8z2sdh+MicrosoftYaHei" w:hAnsi="Af8z2sdh+MicrosoftYaHei"/>
          <w:color w:val="FFFFFF"/>
          <w:sz w:val="22"/>
        </w:rPr>
        <w:t>：</w:t>
      </w:r>
    </w:p>
    <w:p w14:paraId="002D6475" w14:textId="1CC3B7F4" w:rsidR="00083CE7" w:rsidRDefault="001E4527">
      <w:pPr>
        <w:widowControl/>
        <w:autoSpaceDE w:val="0"/>
        <w:autoSpaceDN w:val="0"/>
        <w:spacing w:before="156" w:line="290" w:lineRule="exact"/>
        <w:ind w:left="530"/>
        <w:jc w:val="left"/>
      </w:pPr>
      <w:r>
        <w:rPr>
          <w:noProof/>
        </w:rPr>
        <w:drawing>
          <wp:anchor distT="0" distB="0" distL="0" distR="0" simplePos="0" relativeHeight="36000" behindDoc="1" locked="0" layoutInCell="1" allowOverlap="1" wp14:anchorId="48F5378A" wp14:editId="3D01D007">
            <wp:simplePos x="0" y="0"/>
            <wp:positionH relativeFrom="page">
              <wp:posOffset>847090</wp:posOffset>
            </wp:positionH>
            <wp:positionV relativeFrom="page">
              <wp:posOffset>9979660</wp:posOffset>
            </wp:positionV>
            <wp:extent cx="676910" cy="80010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76910" cy="80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4000" behindDoc="1" locked="0" layoutInCell="1" allowOverlap="1" wp14:anchorId="37725D80" wp14:editId="0883A29B">
            <wp:simplePos x="0" y="0"/>
            <wp:positionH relativeFrom="page">
              <wp:posOffset>855980</wp:posOffset>
            </wp:positionH>
            <wp:positionV relativeFrom="page">
              <wp:posOffset>9979660</wp:posOffset>
            </wp:positionV>
            <wp:extent cx="1200150" cy="80292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80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f8z2sdh+MicrosoftYaHei" w:eastAsia="Af8z2sdh+MicrosoftYaHei" w:hAnsi="Af8z2sdh+MicrosoftYaHei"/>
          <w:color w:val="FFFFFF"/>
          <w:sz w:val="22"/>
        </w:rPr>
        <w:t>翻</w:t>
      </w:r>
      <w:r>
        <w:rPr>
          <w:rFonts w:ascii="Af8z2sdh+MicrosoftYaHei" w:eastAsia="Af8z2sdh+MicrosoftYaHei" w:hAnsi="Af8z2sdh+MicrosoftYaHei"/>
          <w:color w:val="FFFFFF"/>
          <w:spacing w:val="-2"/>
          <w:sz w:val="22"/>
        </w:rPr>
        <w:t>译</w:t>
      </w:r>
      <w:r>
        <w:rPr>
          <w:rFonts w:ascii="Af8z2sdh+MicrosoftYaHei" w:eastAsia="Af8z2sdh+MicrosoftYaHei" w:hAnsi="Af8z2sdh+MicrosoftYaHei"/>
          <w:color w:val="FFFFFF"/>
          <w:sz w:val="22"/>
        </w:rPr>
        <w:t>：</w:t>
      </w:r>
    </w:p>
    <w:p w14:paraId="68737E12" w14:textId="77777777" w:rsidR="00083CE7" w:rsidRDefault="00000000">
      <w:pPr>
        <w:widowControl/>
        <w:autoSpaceDE w:val="0"/>
        <w:autoSpaceDN w:val="0"/>
        <w:spacing w:line="1" w:lineRule="exact"/>
      </w:pPr>
      <w:r>
        <w:br w:type="column"/>
      </w:r>
    </w:p>
    <w:p w14:paraId="31B860C4" w14:textId="73F3627F" w:rsidR="00083CE7" w:rsidRDefault="00083CE7">
      <w:pPr>
        <w:widowControl/>
        <w:autoSpaceDE w:val="0"/>
        <w:autoSpaceDN w:val="0"/>
        <w:spacing w:line="1028" w:lineRule="exact"/>
      </w:pPr>
    </w:p>
    <w:tbl>
      <w:tblPr>
        <w:tblW w:w="0" w:type="auto"/>
        <w:tblInd w:w="110" w:type="dxa"/>
        <w:tblLayout w:type="fixed"/>
        <w:tblLook w:val="04A0" w:firstRow="1" w:lastRow="0" w:firstColumn="1" w:lastColumn="0" w:noHBand="0" w:noVBand="1"/>
      </w:tblPr>
      <w:tblGrid>
        <w:gridCol w:w="780"/>
        <w:gridCol w:w="6766"/>
      </w:tblGrid>
      <w:tr w:rsidR="00083CE7" w14:paraId="6F21316E" w14:textId="77777777">
        <w:trPr>
          <w:trHeight w:hRule="exact" w:val="806"/>
        </w:trPr>
        <w:tc>
          <w:tcPr>
            <w:tcW w:w="780" w:type="dxa"/>
            <w:tcBorders>
              <w:bottom w:val="single" w:sz="10" w:space="0" w:color="777777"/>
            </w:tcBorders>
            <w:tcMar>
              <w:left w:w="0" w:type="dxa"/>
              <w:right w:w="0" w:type="dxa"/>
            </w:tcMar>
          </w:tcPr>
          <w:p w14:paraId="09651A78" w14:textId="77777777" w:rsidR="00083CE7" w:rsidRDefault="00000000">
            <w:pPr>
              <w:widowControl/>
              <w:autoSpaceDE w:val="0"/>
              <w:autoSpaceDN w:val="0"/>
              <w:spacing w:before="60"/>
              <w:jc w:val="center"/>
            </w:pPr>
            <w:r>
              <w:rPr>
                <w:noProof/>
              </w:rPr>
              <w:drawing>
                <wp:inline distT="0" distB="0" distL="0" distR="0" wp14:anchorId="4BACFAB5" wp14:editId="461AC42D">
                  <wp:extent cx="396240" cy="396239"/>
                  <wp:effectExtent l="0" t="0" r="0" b="0"/>
                  <wp:docPr id="155454350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pn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40" cy="3962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66" w:type="dxa"/>
            <w:tcBorders>
              <w:bottom w:val="single" w:sz="10" w:space="0" w:color="777777"/>
            </w:tcBorders>
            <w:tcMar>
              <w:left w:w="0" w:type="dxa"/>
              <w:right w:w="0" w:type="dxa"/>
            </w:tcMar>
          </w:tcPr>
          <w:p w14:paraId="06B52A37" w14:textId="4F8B31E4" w:rsidR="00083CE7" w:rsidRDefault="00000000">
            <w:pPr>
              <w:widowControl/>
              <w:autoSpaceDE w:val="0"/>
              <w:autoSpaceDN w:val="0"/>
              <w:spacing w:before="124" w:line="420" w:lineRule="exact"/>
              <w:ind w:left="64"/>
              <w:jc w:val="left"/>
            </w:pPr>
            <w:r>
              <w:rPr>
                <w:rFonts w:ascii="Af8z2sdh+MicrosoftYaHei" w:eastAsia="Af8z2sdh+MicrosoftYaHei" w:hAnsi="Af8z2sdh+MicrosoftYaHei"/>
                <w:color w:val="000000"/>
                <w:sz w:val="32"/>
              </w:rPr>
              <w:t>个</w:t>
            </w:r>
            <w:r>
              <w:rPr>
                <w:rFonts w:ascii="Af8z2sdh+MicrosoftYaHei" w:eastAsia="Af8z2sdh+MicrosoftYaHei" w:hAnsi="Af8z2sdh+MicrosoftYaHei"/>
                <w:color w:val="000000"/>
                <w:spacing w:val="2"/>
                <w:sz w:val="32"/>
              </w:rPr>
              <w:t>人简</w:t>
            </w:r>
            <w:r>
              <w:rPr>
                <w:rFonts w:ascii="Af8z2sdh+MicrosoftYaHei" w:eastAsia="Af8z2sdh+MicrosoftYaHei" w:hAnsi="Af8z2sdh+MicrosoftYaHei"/>
                <w:color w:val="000000"/>
                <w:sz w:val="32"/>
              </w:rPr>
              <w:t>介</w:t>
            </w:r>
          </w:p>
        </w:tc>
      </w:tr>
    </w:tbl>
    <w:p w14:paraId="677244AA" w14:textId="77777777" w:rsidR="00083CE7" w:rsidRDefault="00000000">
      <w:pPr>
        <w:widowControl/>
        <w:autoSpaceDE w:val="0"/>
        <w:autoSpaceDN w:val="0"/>
        <w:spacing w:before="318" w:line="442" w:lineRule="exact"/>
        <w:ind w:left="312" w:right="540" w:firstLine="420"/>
      </w:pPr>
      <w:r>
        <w:rPr>
          <w:rFonts w:ascii="Af8z2sdh+MicrosoftYaHei" w:eastAsia="Af8z2sdh+MicrosoftYaHei" w:hAnsi="Af8z2sdh+MicrosoftYaHei"/>
          <w:color w:val="000000"/>
          <w:spacing w:val="4"/>
        </w:rPr>
        <w:t>我性格开朗、思维</w:t>
      </w:r>
      <w:r>
        <w:rPr>
          <w:rFonts w:ascii="Af8z2sdh+MicrosoftYaHei" w:eastAsia="Af8z2sdh+MicrosoftYaHei" w:hAnsi="Af8z2sdh+MicrosoftYaHei"/>
          <w:color w:val="000000"/>
          <w:spacing w:val="2"/>
        </w:rPr>
        <w:t>活</w:t>
      </w:r>
      <w:r>
        <w:rPr>
          <w:rFonts w:ascii="Af8z2sdh+MicrosoftYaHei" w:eastAsia="Af8z2sdh+MicrosoftYaHei" w:hAnsi="Af8z2sdh+MicrosoftYaHei"/>
          <w:color w:val="000000"/>
          <w:spacing w:val="6"/>
        </w:rPr>
        <w:t>跃</w:t>
      </w:r>
      <w:r>
        <w:rPr>
          <w:rFonts w:ascii="Af8z2sdh+MicrosoftYaHei" w:eastAsia="Af8z2sdh+MicrosoftYaHei" w:hAnsi="Af8z2sdh+MicrosoftYaHei"/>
          <w:color w:val="000000"/>
          <w:spacing w:val="4"/>
        </w:rPr>
        <w:t>；拥</w:t>
      </w:r>
      <w:r>
        <w:rPr>
          <w:rFonts w:ascii="Af8z2sdh+MicrosoftYaHei" w:eastAsia="Af8z2sdh+MicrosoftYaHei" w:hAnsi="Af8z2sdh+MicrosoftYaHei"/>
          <w:color w:val="000000"/>
          <w:spacing w:val="2"/>
        </w:rPr>
        <w:t>有</w:t>
      </w:r>
      <w:r>
        <w:rPr>
          <w:rFonts w:ascii="Af8z2sdh+MicrosoftYaHei" w:eastAsia="Af8z2sdh+MicrosoftYaHei" w:hAnsi="Af8z2sdh+MicrosoftYaHei"/>
          <w:color w:val="000000"/>
          <w:spacing w:val="6"/>
        </w:rPr>
        <w:t>年</w:t>
      </w:r>
      <w:r>
        <w:rPr>
          <w:rFonts w:ascii="Af8z2sdh+MicrosoftYaHei" w:eastAsia="Af8z2sdh+MicrosoftYaHei" w:hAnsi="Af8z2sdh+MicrosoftYaHei"/>
          <w:color w:val="000000"/>
          <w:spacing w:val="4"/>
        </w:rPr>
        <w:t>轻人</w:t>
      </w:r>
      <w:r>
        <w:rPr>
          <w:rFonts w:ascii="Af8z2sdh+MicrosoftYaHei" w:eastAsia="Af8z2sdh+MicrosoftYaHei" w:hAnsi="Af8z2sdh+MicrosoftYaHei"/>
          <w:color w:val="000000"/>
          <w:spacing w:val="2"/>
        </w:rPr>
        <w:t>的</w:t>
      </w:r>
      <w:r>
        <w:rPr>
          <w:rFonts w:ascii="Af8z2sdh+MicrosoftYaHei" w:eastAsia="Af8z2sdh+MicrosoftYaHei" w:hAnsi="Af8z2sdh+MicrosoftYaHei"/>
          <w:color w:val="000000"/>
          <w:spacing w:val="6"/>
        </w:rPr>
        <w:t>朝</w:t>
      </w:r>
      <w:r>
        <w:rPr>
          <w:rFonts w:ascii="Af8z2sdh+MicrosoftYaHei" w:eastAsia="Af8z2sdh+MicrosoftYaHei" w:hAnsi="Af8z2sdh+MicrosoftYaHei"/>
          <w:color w:val="000000"/>
          <w:spacing w:val="4"/>
        </w:rPr>
        <w:t>气</w:t>
      </w:r>
      <w:r>
        <w:rPr>
          <w:rFonts w:ascii="Af8z2sdh+MicrosoftYaHei" w:eastAsia="Af8z2sdh+MicrosoftYaHei" w:hAnsi="Af8z2sdh+MicrosoftYaHei"/>
          <w:color w:val="000000"/>
          <w:spacing w:val="2"/>
        </w:rPr>
        <w:t>蓬</w:t>
      </w:r>
      <w:r>
        <w:rPr>
          <w:rFonts w:ascii="Af8z2sdh+MicrosoftYaHei" w:eastAsia="Af8z2sdh+MicrosoftYaHei" w:hAnsi="Af8z2sdh+MicrosoftYaHei"/>
          <w:color w:val="000000"/>
          <w:spacing w:val="6"/>
        </w:rPr>
        <w:t>勃，</w:t>
      </w:r>
      <w:r>
        <w:rPr>
          <w:rFonts w:ascii="Af8z2sdh+MicrosoftYaHei" w:eastAsia="Af8z2sdh+MicrosoftYaHei" w:hAnsi="Af8z2sdh+MicrosoftYaHei"/>
          <w:color w:val="000000"/>
          <w:spacing w:val="4"/>
        </w:rPr>
        <w:t>做</w:t>
      </w:r>
      <w:r>
        <w:rPr>
          <w:rFonts w:ascii="Af8z2sdh+MicrosoftYaHei" w:eastAsia="Af8z2sdh+MicrosoftYaHei" w:hAnsi="Af8z2sdh+MicrosoftYaHei"/>
          <w:color w:val="000000"/>
          <w:spacing w:val="2"/>
        </w:rPr>
        <w:t>事</w:t>
      </w:r>
      <w:r>
        <w:rPr>
          <w:rFonts w:ascii="Af8z2sdh+MicrosoftYaHei" w:eastAsia="Af8z2sdh+MicrosoftYaHei" w:hAnsi="Af8z2sdh+MicrosoftYaHei"/>
          <w:color w:val="000000"/>
          <w:spacing w:val="6"/>
        </w:rPr>
        <w:t>有</w:t>
      </w:r>
      <w:r>
        <w:rPr>
          <w:rFonts w:ascii="Af8z2sdh+MicrosoftYaHei" w:eastAsia="Af8z2sdh+MicrosoftYaHei" w:hAnsi="Af8z2sdh+MicrosoftYaHei"/>
          <w:color w:val="000000"/>
          <w:spacing w:val="4"/>
        </w:rPr>
        <w:t>责</w:t>
      </w:r>
      <w:r>
        <w:rPr>
          <w:rFonts w:ascii="Af8z2sdh+MicrosoftYaHei" w:eastAsia="Af8z2sdh+MicrosoftYaHei" w:hAnsi="Af8z2sdh+MicrosoftYaHei"/>
          <w:color w:val="000000"/>
          <w:spacing w:val="2"/>
        </w:rPr>
        <w:t>任</w:t>
      </w:r>
      <w:r>
        <w:rPr>
          <w:rFonts w:ascii="Af8z2sdh+MicrosoftYaHei" w:eastAsia="Af8z2sdh+MicrosoftYaHei" w:hAnsi="Af8z2sdh+MicrosoftYaHei"/>
          <w:color w:val="000000"/>
          <w:spacing w:val="4"/>
        </w:rPr>
        <w:t>心</w:t>
      </w:r>
      <w:r>
        <w:rPr>
          <w:rFonts w:ascii="Af8z2sdh+MicrosoftYaHei" w:eastAsia="Af8z2sdh+MicrosoftYaHei" w:hAnsi="Af8z2sdh+MicrosoftYaHei"/>
          <w:color w:val="000000"/>
          <w:spacing w:val="6"/>
        </w:rPr>
        <w:t>，</w:t>
      </w:r>
      <w:r>
        <w:rPr>
          <w:rFonts w:ascii="Af8z2sdh+MicrosoftYaHei" w:eastAsia="Af8z2sdh+MicrosoftYaHei" w:hAnsi="Af8z2sdh+MicrosoftYaHei"/>
          <w:color w:val="000000"/>
        </w:rPr>
        <w:t>条</w:t>
      </w:r>
      <w:r>
        <w:rPr>
          <w:rFonts w:ascii="Af8z2sdh+MicrosoftYaHei" w:eastAsia="Af8z2sdh+MicrosoftYaHei" w:hAnsi="Af8z2sdh+MicrosoftYaHei"/>
          <w:color w:val="000000"/>
          <w:spacing w:val="2"/>
        </w:rPr>
        <w:t>理性强</w:t>
      </w:r>
      <w:r>
        <w:rPr>
          <w:rFonts w:ascii="Af8z2sdh+MicrosoftYaHei" w:eastAsia="Af8z2sdh+MicrosoftYaHei" w:hAnsi="Af8z2sdh+MicrosoftYaHei"/>
          <w:color w:val="000000"/>
          <w:spacing w:val="4"/>
        </w:rPr>
        <w:t>；</w:t>
      </w:r>
      <w:r>
        <w:rPr>
          <w:rFonts w:ascii="Af8z2sdh+MicrosoftYaHei" w:eastAsia="Af8z2sdh+MicrosoftYaHei" w:hAnsi="Af8z2sdh+MicrosoftYaHei"/>
          <w:color w:val="000000"/>
          <w:spacing w:val="2"/>
        </w:rPr>
        <w:t>易与人相</w:t>
      </w:r>
      <w:r>
        <w:rPr>
          <w:rFonts w:ascii="Af8z2sdh+MicrosoftYaHei" w:eastAsia="Af8z2sdh+MicrosoftYaHei" w:hAnsi="Af8z2sdh+MicrosoftYaHei"/>
          <w:color w:val="000000"/>
          <w:spacing w:val="4"/>
        </w:rPr>
        <w:t>处</w:t>
      </w:r>
      <w:r>
        <w:rPr>
          <w:rFonts w:ascii="Af8z2sdh+MicrosoftYaHei" w:eastAsia="Af8z2sdh+MicrosoftYaHei" w:hAnsi="Af8z2sdh+MicrosoftYaHei"/>
          <w:color w:val="000000"/>
          <w:spacing w:val="2"/>
        </w:rPr>
        <w:t>，对</w:t>
      </w:r>
      <w:r>
        <w:rPr>
          <w:rFonts w:ascii="Af8z2sdh+MicrosoftYaHei" w:eastAsia="Af8z2sdh+MicrosoftYaHei" w:hAnsi="Af8z2sdh+MicrosoftYaHei"/>
          <w:color w:val="000000"/>
        </w:rPr>
        <w:t>工</w:t>
      </w:r>
      <w:r>
        <w:rPr>
          <w:rFonts w:ascii="Af8z2sdh+MicrosoftYaHei" w:eastAsia="Af8z2sdh+MicrosoftYaHei" w:hAnsi="Af8z2sdh+MicrosoftYaHei"/>
          <w:color w:val="000000"/>
          <w:spacing w:val="2"/>
        </w:rPr>
        <w:t>作充满</w:t>
      </w:r>
      <w:r>
        <w:rPr>
          <w:rFonts w:ascii="Af8z2sdh+MicrosoftYaHei" w:eastAsia="Af8z2sdh+MicrosoftYaHei" w:hAnsi="Af8z2sdh+MicrosoftYaHei"/>
          <w:color w:val="000000"/>
          <w:spacing w:val="4"/>
        </w:rPr>
        <w:t>热</w:t>
      </w:r>
      <w:r>
        <w:rPr>
          <w:rFonts w:ascii="Af8z2sdh+MicrosoftYaHei" w:eastAsia="Af8z2sdh+MicrosoftYaHei" w:hAnsi="Af8z2sdh+MicrosoftYaHei"/>
          <w:color w:val="000000"/>
          <w:spacing w:val="2"/>
        </w:rPr>
        <w:t>情</w:t>
      </w:r>
      <w:r>
        <w:rPr>
          <w:rFonts w:ascii="Af8z2sdh+MicrosoftYaHei" w:eastAsia="Af8z2sdh+MicrosoftYaHei" w:hAnsi="Af8z2sdh+MicrosoftYaHei"/>
          <w:color w:val="000000"/>
        </w:rPr>
        <w:t>,</w:t>
      </w:r>
      <w:r>
        <w:rPr>
          <w:rFonts w:ascii="Af8z2sdh+MicrosoftYaHei" w:eastAsia="Af8z2sdh+MicrosoftYaHei" w:hAnsi="Af8z2sdh+MicrosoftYaHei"/>
          <w:color w:val="000000"/>
          <w:spacing w:val="2"/>
        </w:rPr>
        <w:t>勤</w:t>
      </w:r>
      <w:r>
        <w:rPr>
          <w:rFonts w:ascii="Af8z2sdh+MicrosoftYaHei" w:eastAsia="Af8z2sdh+MicrosoftYaHei" w:hAnsi="Af8z2sdh+MicrosoftYaHei"/>
          <w:color w:val="000000"/>
          <w:spacing w:val="4"/>
        </w:rPr>
        <w:t>奋</w:t>
      </w:r>
      <w:r>
        <w:rPr>
          <w:rFonts w:ascii="Af8z2sdh+MicrosoftYaHei" w:eastAsia="Af8z2sdh+MicrosoftYaHei" w:hAnsi="Af8z2sdh+MicrosoftYaHei"/>
          <w:color w:val="000000"/>
          <w:spacing w:val="2"/>
        </w:rPr>
        <w:t>好学，敢</w:t>
      </w:r>
      <w:r>
        <w:rPr>
          <w:rFonts w:ascii="Af8z2sdh+MicrosoftYaHei" w:eastAsia="Af8z2sdh+MicrosoftYaHei" w:hAnsi="Af8z2sdh+MicrosoftYaHei"/>
          <w:color w:val="000000"/>
          <w:spacing w:val="4"/>
        </w:rPr>
        <w:t>挑</w:t>
      </w:r>
      <w:r>
        <w:rPr>
          <w:rFonts w:ascii="Af8z2sdh+MicrosoftYaHei" w:eastAsia="Af8z2sdh+MicrosoftYaHei" w:hAnsi="Af8z2sdh+MicrosoftYaHei"/>
          <w:color w:val="000000"/>
          <w:spacing w:val="2"/>
        </w:rPr>
        <w:t>重担，具</w:t>
      </w:r>
      <w:r>
        <w:rPr>
          <w:rFonts w:ascii="Af8z2sdh+MicrosoftYaHei" w:eastAsia="Af8z2sdh+MicrosoftYaHei" w:hAnsi="Af8z2sdh+MicrosoftYaHei"/>
          <w:color w:val="000000"/>
        </w:rPr>
        <w:t>有</w:t>
      </w:r>
      <w:r>
        <w:rPr>
          <w:rFonts w:ascii="Af8z2sdh+MicrosoftYaHei" w:eastAsia="Af8z2sdh+MicrosoftYaHei" w:hAnsi="Af8z2sdh+MicrosoftYaHei"/>
          <w:color w:val="000000"/>
          <w:spacing w:val="2"/>
        </w:rPr>
        <w:t>很</w:t>
      </w:r>
      <w:r>
        <w:rPr>
          <w:rFonts w:ascii="Af8z2sdh+MicrosoftYaHei" w:eastAsia="Af8z2sdh+MicrosoftYaHei" w:hAnsi="Af8z2sdh+MicrosoftYaHei"/>
          <w:color w:val="000000"/>
          <w:spacing w:val="4"/>
        </w:rPr>
        <w:t>强</w:t>
      </w:r>
      <w:r>
        <w:rPr>
          <w:rFonts w:ascii="Af8z2sdh+MicrosoftYaHei" w:eastAsia="Af8z2sdh+MicrosoftYaHei" w:hAnsi="Af8z2sdh+MicrosoftYaHei"/>
          <w:color w:val="000000"/>
        </w:rPr>
        <w:t>的团</w:t>
      </w:r>
      <w:r>
        <w:rPr>
          <w:rFonts w:ascii="Af8z2sdh+MicrosoftYaHei" w:eastAsia="Af8z2sdh+MicrosoftYaHei" w:hAnsi="Af8z2sdh+MicrosoftYaHei"/>
          <w:color w:val="000000"/>
          <w:spacing w:val="2"/>
        </w:rPr>
        <w:t>队</w:t>
      </w:r>
      <w:r>
        <w:rPr>
          <w:rFonts w:ascii="Af8z2sdh+MicrosoftYaHei" w:eastAsia="Af8z2sdh+MicrosoftYaHei" w:hAnsi="Af8z2sdh+MicrosoftYaHei"/>
          <w:color w:val="000000"/>
        </w:rPr>
        <w:t>精</w:t>
      </w:r>
      <w:r>
        <w:rPr>
          <w:rFonts w:ascii="Af8z2sdh+MicrosoftYaHei" w:eastAsia="Af8z2sdh+MicrosoftYaHei" w:hAnsi="Af8z2sdh+MicrosoftYaHei"/>
          <w:color w:val="000000"/>
          <w:spacing w:val="2"/>
        </w:rPr>
        <w:t>神</w:t>
      </w:r>
      <w:r>
        <w:rPr>
          <w:rFonts w:ascii="Af8z2sdh+MicrosoftYaHei" w:eastAsia="Af8z2sdh+MicrosoftYaHei" w:hAnsi="Af8z2sdh+MicrosoftYaHei"/>
          <w:color w:val="000000"/>
        </w:rPr>
        <w:t>和</w:t>
      </w:r>
      <w:r>
        <w:rPr>
          <w:rFonts w:ascii="Af8z2sdh+MicrosoftYaHei" w:eastAsia="Af8z2sdh+MicrosoftYaHei" w:hAnsi="Af8z2sdh+MicrosoftYaHei"/>
          <w:color w:val="000000"/>
          <w:spacing w:val="2"/>
        </w:rPr>
        <w:t>协</w:t>
      </w:r>
      <w:r>
        <w:rPr>
          <w:rFonts w:ascii="Af8z2sdh+MicrosoftYaHei" w:eastAsia="Af8z2sdh+MicrosoftYaHei" w:hAnsi="Af8z2sdh+MicrosoftYaHei"/>
          <w:color w:val="000000"/>
        </w:rPr>
        <w:t>调</w:t>
      </w:r>
      <w:r>
        <w:rPr>
          <w:rFonts w:ascii="Af8z2sdh+MicrosoftYaHei" w:eastAsia="Af8z2sdh+MicrosoftYaHei" w:hAnsi="Af8z2sdh+MicrosoftYaHei"/>
          <w:color w:val="000000"/>
          <w:spacing w:val="2"/>
        </w:rPr>
        <w:t>能</w:t>
      </w:r>
      <w:r>
        <w:rPr>
          <w:rFonts w:ascii="Af8z2sdh+MicrosoftYaHei" w:eastAsia="Af8z2sdh+MicrosoftYaHei" w:hAnsi="Af8z2sdh+MicrosoftYaHei"/>
          <w:color w:val="000000"/>
        </w:rPr>
        <w:t>力</w:t>
      </w:r>
      <w:r>
        <w:rPr>
          <w:rFonts w:ascii="Af8z2sdh+MicrosoftYaHei" w:eastAsia="Af8z2sdh+MicrosoftYaHei" w:hAnsi="Af8z2sdh+MicrosoftYaHei"/>
          <w:color w:val="000000"/>
          <w:spacing w:val="2"/>
        </w:rPr>
        <w:t>。</w:t>
      </w:r>
      <w:r>
        <w:rPr>
          <w:rFonts w:ascii="Af8z2sdh+MicrosoftYaHei" w:eastAsia="Af8z2sdh+MicrosoftYaHei" w:hAnsi="Af8z2sdh+MicrosoftYaHei"/>
          <w:color w:val="000000"/>
        </w:rPr>
        <w:t>在</w:t>
      </w:r>
      <w:r>
        <w:rPr>
          <w:rFonts w:ascii="Af8z2sdh+MicrosoftYaHei" w:eastAsia="Af8z2sdh+MicrosoftYaHei" w:hAnsi="Af8z2sdh+MicrosoftYaHei"/>
          <w:color w:val="000000"/>
          <w:spacing w:val="2"/>
        </w:rPr>
        <w:t>为</w:t>
      </w:r>
      <w:r>
        <w:rPr>
          <w:rFonts w:ascii="Af8z2sdh+MicrosoftYaHei" w:eastAsia="Af8z2sdh+MicrosoftYaHei" w:hAnsi="Af8z2sdh+MicrosoftYaHei"/>
          <w:color w:val="000000"/>
        </w:rPr>
        <w:t>人</w:t>
      </w:r>
      <w:r>
        <w:rPr>
          <w:rFonts w:ascii="Af8z2sdh+MicrosoftYaHei" w:eastAsia="Af8z2sdh+MicrosoftYaHei" w:hAnsi="Af8z2sdh+MicrosoftYaHei"/>
          <w:color w:val="000000"/>
          <w:spacing w:val="2"/>
        </w:rPr>
        <w:t>方</w:t>
      </w:r>
      <w:r>
        <w:rPr>
          <w:rFonts w:ascii="Af8z2sdh+MicrosoftYaHei" w:eastAsia="Af8z2sdh+MicrosoftYaHei" w:hAnsi="Af8z2sdh+MicrosoftYaHei"/>
          <w:color w:val="000000"/>
        </w:rPr>
        <w:t>面</w:t>
      </w:r>
      <w:r>
        <w:rPr>
          <w:rFonts w:ascii="Af8z2sdh+MicrosoftYaHei" w:eastAsia="Af8z2sdh+MicrosoftYaHei" w:hAnsi="Af8z2sdh+MicrosoftYaHei"/>
          <w:color w:val="000000"/>
          <w:spacing w:val="2"/>
        </w:rPr>
        <w:t>，</w:t>
      </w:r>
      <w:r>
        <w:rPr>
          <w:rFonts w:ascii="Af8z2sdh+MicrosoftYaHei" w:eastAsia="Af8z2sdh+MicrosoftYaHei" w:hAnsi="Af8z2sdh+MicrosoftYaHei"/>
          <w:color w:val="000000"/>
        </w:rPr>
        <w:t>我</w:t>
      </w:r>
      <w:r>
        <w:rPr>
          <w:rFonts w:ascii="Af8z2sdh+MicrosoftYaHei" w:eastAsia="Af8z2sdh+MicrosoftYaHei" w:hAnsi="Af8z2sdh+MicrosoftYaHei"/>
          <w:color w:val="000000"/>
          <w:spacing w:val="2"/>
        </w:rPr>
        <w:t>诚</w:t>
      </w:r>
      <w:r>
        <w:rPr>
          <w:rFonts w:ascii="Af8z2sdh+MicrosoftYaHei" w:eastAsia="Af8z2sdh+MicrosoftYaHei" w:hAnsi="Af8z2sdh+MicrosoftYaHei"/>
          <w:color w:val="000000"/>
        </w:rPr>
        <w:t>实</w:t>
      </w:r>
      <w:r>
        <w:rPr>
          <w:rFonts w:ascii="Af8z2sdh+MicrosoftYaHei" w:eastAsia="Af8z2sdh+MicrosoftYaHei" w:hAnsi="Af8z2sdh+MicrosoftYaHei"/>
          <w:color w:val="000000"/>
          <w:spacing w:val="2"/>
        </w:rPr>
        <w:t>善</w:t>
      </w:r>
      <w:r>
        <w:rPr>
          <w:rFonts w:ascii="Af8z2sdh+MicrosoftYaHei" w:eastAsia="Af8z2sdh+MicrosoftYaHei" w:hAnsi="Af8z2sdh+MicrosoftYaHei"/>
          <w:color w:val="000000"/>
        </w:rPr>
        <w:t>良</w:t>
      </w:r>
      <w:r>
        <w:rPr>
          <w:rFonts w:ascii="Af8z2sdh+MicrosoftYaHei" w:eastAsia="Af8z2sdh+MicrosoftYaHei" w:hAnsi="Af8z2sdh+MicrosoftYaHei"/>
          <w:color w:val="000000"/>
          <w:spacing w:val="2"/>
        </w:rPr>
        <w:t>、</w:t>
      </w:r>
      <w:r>
        <w:rPr>
          <w:rFonts w:ascii="Af8z2sdh+MicrosoftYaHei" w:eastAsia="Af8z2sdh+MicrosoftYaHei" w:hAnsi="Af8z2sdh+MicrosoftYaHei"/>
          <w:color w:val="000000"/>
        </w:rPr>
        <w:t>开</w:t>
      </w:r>
      <w:r>
        <w:rPr>
          <w:rFonts w:ascii="Af8z2sdh+MicrosoftYaHei" w:eastAsia="Af8z2sdh+MicrosoftYaHei" w:hAnsi="Af8z2sdh+MicrosoftYaHei"/>
          <w:color w:val="000000"/>
          <w:spacing w:val="2"/>
        </w:rPr>
        <w:t>朗</w:t>
      </w:r>
      <w:r>
        <w:rPr>
          <w:rFonts w:ascii="Af8z2sdh+MicrosoftYaHei" w:eastAsia="Af8z2sdh+MicrosoftYaHei" w:hAnsi="Af8z2sdh+MicrosoftYaHei"/>
          <w:color w:val="000000"/>
        </w:rPr>
        <w:t>自</w:t>
      </w:r>
      <w:r>
        <w:rPr>
          <w:rFonts w:ascii="Af8z2sdh+MicrosoftYaHei" w:eastAsia="Af8z2sdh+MicrosoftYaHei" w:hAnsi="Af8z2sdh+MicrosoftYaHei"/>
          <w:color w:val="000000"/>
          <w:spacing w:val="2"/>
        </w:rPr>
        <w:t>信</w:t>
      </w:r>
      <w:r>
        <w:rPr>
          <w:rFonts w:ascii="Af8z2sdh+MicrosoftYaHei" w:eastAsia="Af8z2sdh+MicrosoftYaHei" w:hAnsi="Af8z2sdh+MicrosoftYaHei"/>
          <w:color w:val="000000"/>
        </w:rPr>
        <w:t>。</w:t>
      </w:r>
    </w:p>
    <w:p w14:paraId="25C129C4" w14:textId="77777777" w:rsidR="00083CE7" w:rsidRDefault="00000000">
      <w:pPr>
        <w:widowControl/>
        <w:tabs>
          <w:tab w:val="left" w:pos="732"/>
        </w:tabs>
        <w:autoSpaceDE w:val="0"/>
        <w:autoSpaceDN w:val="0"/>
        <w:spacing w:after="386" w:line="438" w:lineRule="exact"/>
        <w:ind w:left="312" w:right="432"/>
        <w:jc w:val="left"/>
      </w:pPr>
      <w:r>
        <w:tab/>
      </w:r>
      <w:r>
        <w:rPr>
          <w:rFonts w:ascii="Af8z2sdh+MicrosoftYaHei" w:eastAsia="Af8z2sdh+MicrosoftYaHei" w:hAnsi="Af8z2sdh+MicrosoftYaHei"/>
          <w:color w:val="000000"/>
          <w:spacing w:val="2"/>
        </w:rPr>
        <w:t>在</w:t>
      </w:r>
      <w:r>
        <w:rPr>
          <w:rFonts w:ascii="Af8z2sdh+MicrosoftYaHei" w:eastAsia="Af8z2sdh+MicrosoftYaHei" w:hAnsi="Af8z2sdh+MicrosoftYaHei"/>
          <w:color w:val="000000"/>
        </w:rPr>
        <w:t>生</w:t>
      </w:r>
      <w:r>
        <w:rPr>
          <w:rFonts w:ascii="Af8z2sdh+MicrosoftYaHei" w:eastAsia="Af8z2sdh+MicrosoftYaHei" w:hAnsi="Af8z2sdh+MicrosoftYaHei"/>
          <w:color w:val="000000"/>
          <w:spacing w:val="2"/>
        </w:rPr>
        <w:t>活</w:t>
      </w:r>
      <w:r>
        <w:rPr>
          <w:rFonts w:ascii="Af8z2sdh+MicrosoftYaHei" w:eastAsia="Af8z2sdh+MicrosoftYaHei" w:hAnsi="Af8z2sdh+MicrosoftYaHei"/>
          <w:color w:val="000000"/>
        </w:rPr>
        <w:t>中</w:t>
      </w:r>
      <w:r>
        <w:rPr>
          <w:rFonts w:ascii="Af8z2sdh+MicrosoftYaHei" w:eastAsia="Af8z2sdh+MicrosoftYaHei" w:hAnsi="Af8z2sdh+MicrosoftYaHei"/>
          <w:color w:val="000000"/>
          <w:spacing w:val="-34"/>
        </w:rPr>
        <w:t>，</w:t>
      </w:r>
      <w:r>
        <w:rPr>
          <w:rFonts w:ascii="Af8z2sdh+MicrosoftYaHei" w:eastAsia="Af8z2sdh+MicrosoftYaHei" w:hAnsi="Af8z2sdh+MicrosoftYaHei"/>
          <w:color w:val="000000"/>
          <w:spacing w:val="2"/>
        </w:rPr>
        <w:t>我</w:t>
      </w:r>
      <w:r>
        <w:rPr>
          <w:rFonts w:ascii="Af8z2sdh+MicrosoftYaHei" w:eastAsia="Af8z2sdh+MicrosoftYaHei" w:hAnsi="Af8z2sdh+MicrosoftYaHei"/>
          <w:color w:val="000000"/>
        </w:rPr>
        <w:t>尊</w:t>
      </w:r>
      <w:r>
        <w:rPr>
          <w:rFonts w:ascii="Af8z2sdh+MicrosoftYaHei" w:eastAsia="Af8z2sdh+MicrosoftYaHei" w:hAnsi="Af8z2sdh+MicrosoftYaHei"/>
          <w:color w:val="000000"/>
          <w:spacing w:val="2"/>
        </w:rPr>
        <w:t>敬</w:t>
      </w:r>
      <w:r>
        <w:rPr>
          <w:rFonts w:ascii="Af8z2sdh+MicrosoftYaHei" w:eastAsia="Af8z2sdh+MicrosoftYaHei" w:hAnsi="Af8z2sdh+MicrosoftYaHei"/>
          <w:color w:val="000000"/>
        </w:rPr>
        <w:t>他人,</w:t>
      </w:r>
      <w:r>
        <w:rPr>
          <w:rFonts w:ascii="Af8z2sdh+MicrosoftYaHei" w:eastAsia="Af8z2sdh+MicrosoftYaHei" w:hAnsi="Af8z2sdh+MicrosoftYaHei"/>
          <w:color w:val="000000"/>
          <w:spacing w:val="2"/>
        </w:rPr>
        <w:t>能</w:t>
      </w:r>
      <w:r>
        <w:rPr>
          <w:rFonts w:ascii="Af8z2sdh+MicrosoftYaHei" w:eastAsia="Af8z2sdh+MicrosoftYaHei" w:hAnsi="Af8z2sdh+MicrosoftYaHei"/>
          <w:color w:val="000000"/>
        </w:rPr>
        <w:t>够</w:t>
      </w:r>
      <w:r>
        <w:rPr>
          <w:rFonts w:ascii="Af8z2sdh+MicrosoftYaHei" w:eastAsia="Af8z2sdh+MicrosoftYaHei" w:hAnsi="Af8z2sdh+MicrosoftYaHei"/>
          <w:color w:val="000000"/>
          <w:spacing w:val="2"/>
        </w:rPr>
        <w:t>和</w:t>
      </w:r>
      <w:r>
        <w:rPr>
          <w:rFonts w:ascii="Af8z2sdh+MicrosoftYaHei" w:eastAsia="Af8z2sdh+MicrosoftYaHei" w:hAnsi="Af8z2sdh+MicrosoftYaHei"/>
          <w:color w:val="000000"/>
        </w:rPr>
        <w:t>别</w:t>
      </w:r>
      <w:r>
        <w:rPr>
          <w:rFonts w:ascii="Af8z2sdh+MicrosoftYaHei" w:eastAsia="Af8z2sdh+MicrosoftYaHei" w:hAnsi="Af8z2sdh+MicrosoftYaHei"/>
          <w:color w:val="000000"/>
          <w:spacing w:val="2"/>
        </w:rPr>
        <w:t>人</w:t>
      </w:r>
      <w:r>
        <w:rPr>
          <w:rFonts w:ascii="Af8z2sdh+MicrosoftYaHei" w:eastAsia="Af8z2sdh+MicrosoftYaHei" w:hAnsi="Af8z2sdh+MicrosoftYaHei"/>
          <w:color w:val="000000"/>
        </w:rPr>
        <w:t>友</w:t>
      </w:r>
      <w:r>
        <w:rPr>
          <w:rFonts w:ascii="Af8z2sdh+MicrosoftYaHei" w:eastAsia="Af8z2sdh+MicrosoftYaHei" w:hAnsi="Af8z2sdh+MicrosoftYaHei"/>
          <w:color w:val="000000"/>
          <w:spacing w:val="2"/>
        </w:rPr>
        <w:t>好</w:t>
      </w:r>
      <w:r>
        <w:rPr>
          <w:rFonts w:ascii="Af8z2sdh+MicrosoftYaHei" w:eastAsia="Af8z2sdh+MicrosoftYaHei" w:hAnsi="Af8z2sdh+MicrosoftYaHei"/>
          <w:color w:val="000000"/>
        </w:rPr>
        <w:t>相</w:t>
      </w:r>
      <w:r>
        <w:rPr>
          <w:rFonts w:ascii="Af8z2sdh+MicrosoftYaHei" w:eastAsia="Af8z2sdh+MicrosoftYaHei" w:hAnsi="Af8z2sdh+MicrosoftYaHei"/>
          <w:color w:val="000000"/>
          <w:spacing w:val="2"/>
        </w:rPr>
        <w:t>处</w:t>
      </w:r>
      <w:r>
        <w:rPr>
          <w:rFonts w:ascii="Af8z2sdh+MicrosoftYaHei" w:eastAsia="Af8z2sdh+MicrosoftYaHei" w:hAnsi="Af8z2sdh+MicrosoftYaHei"/>
          <w:color w:val="000000"/>
          <w:spacing w:val="-34"/>
        </w:rPr>
        <w:t>，</w:t>
      </w:r>
      <w:r>
        <w:rPr>
          <w:rFonts w:ascii="Af8z2sdh+MicrosoftYaHei" w:eastAsia="Af8z2sdh+MicrosoftYaHei" w:hAnsi="Af8z2sdh+MicrosoftYaHei"/>
          <w:color w:val="000000"/>
          <w:spacing w:val="2"/>
        </w:rPr>
        <w:t>我</w:t>
      </w:r>
      <w:r>
        <w:rPr>
          <w:rFonts w:ascii="Af8z2sdh+MicrosoftYaHei" w:eastAsia="Af8z2sdh+MicrosoftYaHei" w:hAnsi="Af8z2sdh+MicrosoftYaHei"/>
          <w:color w:val="000000"/>
        </w:rPr>
        <w:t>擅</w:t>
      </w:r>
      <w:r>
        <w:rPr>
          <w:rFonts w:ascii="Af8z2sdh+MicrosoftYaHei" w:eastAsia="Af8z2sdh+MicrosoftYaHei" w:hAnsi="Af8z2sdh+MicrosoftYaHei"/>
          <w:color w:val="000000"/>
          <w:spacing w:val="2"/>
        </w:rPr>
        <w:t>长</w:t>
      </w:r>
      <w:r>
        <w:rPr>
          <w:rFonts w:ascii="Af8z2sdh+MicrosoftYaHei" w:eastAsia="Af8z2sdh+MicrosoftYaHei" w:hAnsi="Af8z2sdh+MicrosoftYaHei"/>
          <w:color w:val="000000"/>
        </w:rPr>
        <w:t>快</w:t>
      </w:r>
      <w:r>
        <w:rPr>
          <w:rFonts w:ascii="Af8z2sdh+MicrosoftYaHei" w:eastAsia="Af8z2sdh+MicrosoftYaHei" w:hAnsi="Af8z2sdh+MicrosoftYaHei"/>
          <w:color w:val="000000"/>
          <w:spacing w:val="2"/>
        </w:rPr>
        <w:t>速</w:t>
      </w:r>
      <w:r>
        <w:rPr>
          <w:rFonts w:ascii="Af8z2sdh+MicrosoftYaHei" w:eastAsia="Af8z2sdh+MicrosoftYaHei" w:hAnsi="Af8z2sdh+MicrosoftYaHei"/>
          <w:color w:val="000000"/>
        </w:rPr>
        <w:t>学</w:t>
      </w:r>
      <w:r>
        <w:rPr>
          <w:rFonts w:ascii="Af8z2sdh+MicrosoftYaHei" w:eastAsia="Af8z2sdh+MicrosoftYaHei" w:hAnsi="Af8z2sdh+MicrosoftYaHei"/>
          <w:color w:val="000000"/>
          <w:spacing w:val="2"/>
        </w:rPr>
        <w:t>习</w:t>
      </w:r>
      <w:r>
        <w:rPr>
          <w:rFonts w:ascii="Af8z2sdh+MicrosoftYaHei" w:eastAsia="Af8z2sdh+MicrosoftYaHei" w:hAnsi="Af8z2sdh+MicrosoftYaHei"/>
          <w:color w:val="000000"/>
        </w:rPr>
        <w:t>新</w:t>
      </w:r>
      <w:r>
        <w:rPr>
          <w:rFonts w:ascii="Af8z2sdh+MicrosoftYaHei" w:eastAsia="Af8z2sdh+MicrosoftYaHei" w:hAnsi="Af8z2sdh+MicrosoftYaHei"/>
          <w:color w:val="000000"/>
          <w:spacing w:val="2"/>
        </w:rPr>
        <w:t>知</w:t>
      </w:r>
      <w:r>
        <w:rPr>
          <w:rFonts w:ascii="Af8z2sdh+MicrosoftYaHei" w:eastAsia="Af8z2sdh+MicrosoftYaHei" w:hAnsi="Af8z2sdh+MicrosoftYaHei"/>
          <w:color w:val="000000"/>
        </w:rPr>
        <w:t>识，希</w:t>
      </w:r>
      <w:r>
        <w:rPr>
          <w:rFonts w:ascii="Af8z2sdh+MicrosoftYaHei" w:eastAsia="Af8z2sdh+MicrosoftYaHei" w:hAnsi="Af8z2sdh+MicrosoftYaHei"/>
          <w:color w:val="000000"/>
          <w:spacing w:val="2"/>
        </w:rPr>
        <w:t>望</w:t>
      </w:r>
      <w:r>
        <w:rPr>
          <w:rFonts w:ascii="Af8z2sdh+MicrosoftYaHei" w:eastAsia="Af8z2sdh+MicrosoftYaHei" w:hAnsi="Af8z2sdh+MicrosoftYaHei"/>
          <w:color w:val="000000"/>
        </w:rPr>
        <w:t>您</w:t>
      </w:r>
      <w:r>
        <w:rPr>
          <w:rFonts w:ascii="Af8z2sdh+MicrosoftYaHei" w:eastAsia="Af8z2sdh+MicrosoftYaHei" w:hAnsi="Af8z2sdh+MicrosoftYaHei"/>
          <w:color w:val="000000"/>
          <w:spacing w:val="2"/>
        </w:rPr>
        <w:t>给</w:t>
      </w:r>
      <w:r>
        <w:rPr>
          <w:rFonts w:ascii="Af8z2sdh+MicrosoftYaHei" w:eastAsia="Af8z2sdh+MicrosoftYaHei" w:hAnsi="Af8z2sdh+MicrosoftYaHei"/>
          <w:color w:val="000000"/>
        </w:rPr>
        <w:t>我</w:t>
      </w:r>
      <w:r>
        <w:rPr>
          <w:rFonts w:ascii="Af8z2sdh+MicrosoftYaHei" w:eastAsia="Af8z2sdh+MicrosoftYaHei" w:hAnsi="Af8z2sdh+MicrosoftYaHei"/>
          <w:color w:val="000000"/>
          <w:spacing w:val="2"/>
        </w:rPr>
        <w:t>这</w:t>
      </w:r>
      <w:r>
        <w:rPr>
          <w:rFonts w:ascii="Af8z2sdh+MicrosoftYaHei" w:eastAsia="Af8z2sdh+MicrosoftYaHei" w:hAnsi="Af8z2sdh+MicrosoftYaHei"/>
          <w:color w:val="000000"/>
        </w:rPr>
        <w:t>个</w:t>
      </w:r>
      <w:r>
        <w:rPr>
          <w:rFonts w:ascii="Af8z2sdh+MicrosoftYaHei" w:eastAsia="Af8z2sdh+MicrosoftYaHei" w:hAnsi="Af8z2sdh+MicrosoftYaHei"/>
          <w:color w:val="000000"/>
          <w:spacing w:val="2"/>
        </w:rPr>
        <w:t>机</w:t>
      </w:r>
      <w:r>
        <w:rPr>
          <w:rFonts w:ascii="Af8z2sdh+MicrosoftYaHei" w:eastAsia="Af8z2sdh+MicrosoftYaHei" w:hAnsi="Af8z2sdh+MicrosoftYaHei"/>
          <w:color w:val="000000"/>
        </w:rPr>
        <w:t>会</w:t>
      </w:r>
      <w:r>
        <w:rPr>
          <w:rFonts w:ascii="Af8z2sdh+MicrosoftYaHei" w:eastAsia="Af8z2sdh+MicrosoftYaHei" w:hAnsi="Af8z2sdh+MicrosoftYaHei"/>
          <w:color w:val="000000"/>
          <w:spacing w:val="2"/>
        </w:rPr>
        <w:t>，</w:t>
      </w:r>
      <w:r>
        <w:rPr>
          <w:rFonts w:ascii="Af8z2sdh+MicrosoftYaHei" w:eastAsia="Af8z2sdh+MicrosoftYaHei" w:hAnsi="Af8z2sdh+MicrosoftYaHei"/>
          <w:color w:val="000000"/>
        </w:rPr>
        <w:t>我</w:t>
      </w:r>
      <w:r>
        <w:rPr>
          <w:rFonts w:ascii="Af8z2sdh+MicrosoftYaHei" w:eastAsia="Af8z2sdh+MicrosoftYaHei" w:hAnsi="Af8z2sdh+MicrosoftYaHei"/>
          <w:color w:val="000000"/>
          <w:spacing w:val="2"/>
        </w:rPr>
        <w:t>有</w:t>
      </w:r>
      <w:r>
        <w:rPr>
          <w:rFonts w:ascii="Af8z2sdh+MicrosoftYaHei" w:eastAsia="Af8z2sdh+MicrosoftYaHei" w:hAnsi="Af8z2sdh+MicrosoftYaHei"/>
          <w:color w:val="000000"/>
        </w:rPr>
        <w:t>充</w:t>
      </w:r>
      <w:r>
        <w:rPr>
          <w:rFonts w:ascii="Af8z2sdh+MicrosoftYaHei" w:eastAsia="Af8z2sdh+MicrosoftYaHei" w:hAnsi="Af8z2sdh+MicrosoftYaHei"/>
          <w:color w:val="000000"/>
          <w:spacing w:val="2"/>
        </w:rPr>
        <w:t>足</w:t>
      </w:r>
      <w:r>
        <w:rPr>
          <w:rFonts w:ascii="Af8z2sdh+MicrosoftYaHei" w:eastAsia="Af8z2sdh+MicrosoftYaHei" w:hAnsi="Af8z2sdh+MicrosoftYaHei"/>
          <w:color w:val="000000"/>
        </w:rPr>
        <w:t>的</w:t>
      </w:r>
      <w:r>
        <w:rPr>
          <w:rFonts w:ascii="Af8z2sdh+MicrosoftYaHei" w:eastAsia="Af8z2sdh+MicrosoftYaHei" w:hAnsi="Af8z2sdh+MicrosoftYaHei"/>
          <w:color w:val="000000"/>
          <w:spacing w:val="2"/>
        </w:rPr>
        <w:t>信</w:t>
      </w:r>
      <w:r>
        <w:rPr>
          <w:rFonts w:ascii="Af8z2sdh+MicrosoftYaHei" w:eastAsia="Af8z2sdh+MicrosoftYaHei" w:hAnsi="Af8z2sdh+MicrosoftYaHei"/>
          <w:color w:val="000000"/>
        </w:rPr>
        <w:t>心</w:t>
      </w:r>
      <w:r>
        <w:rPr>
          <w:rFonts w:ascii="Af8z2sdh+MicrosoftYaHei" w:eastAsia="Af8z2sdh+MicrosoftYaHei" w:hAnsi="Af8z2sdh+MicrosoftYaHei"/>
          <w:color w:val="000000"/>
          <w:spacing w:val="2"/>
        </w:rPr>
        <w:t>在</w:t>
      </w:r>
      <w:r>
        <w:rPr>
          <w:rFonts w:ascii="Af8z2sdh+MicrosoftYaHei" w:eastAsia="Af8z2sdh+MicrosoftYaHei" w:hAnsi="Af8z2sdh+MicrosoftYaHei"/>
          <w:color w:val="000000"/>
        </w:rPr>
        <w:t>短</w:t>
      </w:r>
      <w:r>
        <w:rPr>
          <w:rFonts w:ascii="Af8z2sdh+MicrosoftYaHei" w:eastAsia="Af8z2sdh+MicrosoftYaHei" w:hAnsi="Af8z2sdh+MicrosoftYaHei"/>
          <w:color w:val="000000"/>
          <w:spacing w:val="2"/>
        </w:rPr>
        <w:t>时</w:t>
      </w:r>
      <w:r>
        <w:rPr>
          <w:rFonts w:ascii="Af8z2sdh+MicrosoftYaHei" w:eastAsia="Af8z2sdh+MicrosoftYaHei" w:hAnsi="Af8z2sdh+MicrosoftYaHei"/>
          <w:color w:val="000000"/>
        </w:rPr>
        <w:t>间</w:t>
      </w:r>
      <w:r>
        <w:rPr>
          <w:rFonts w:ascii="Af8z2sdh+MicrosoftYaHei" w:eastAsia="Af8z2sdh+MicrosoftYaHei" w:hAnsi="Af8z2sdh+MicrosoftYaHei"/>
          <w:color w:val="000000"/>
          <w:spacing w:val="2"/>
        </w:rPr>
        <w:t>内</w:t>
      </w:r>
      <w:r>
        <w:rPr>
          <w:rFonts w:ascii="Af8z2sdh+MicrosoftYaHei" w:eastAsia="Af8z2sdh+MicrosoftYaHei" w:hAnsi="Af8z2sdh+MicrosoftYaHei"/>
          <w:color w:val="000000"/>
        </w:rPr>
        <w:t>胜</w:t>
      </w:r>
      <w:r>
        <w:rPr>
          <w:rFonts w:ascii="Af8z2sdh+MicrosoftYaHei" w:eastAsia="Af8z2sdh+MicrosoftYaHei" w:hAnsi="Af8z2sdh+MicrosoftYaHei"/>
          <w:color w:val="000000"/>
          <w:spacing w:val="2"/>
        </w:rPr>
        <w:t>任</w:t>
      </w:r>
      <w:r>
        <w:rPr>
          <w:rFonts w:ascii="Af8z2sdh+MicrosoftYaHei" w:eastAsia="Af8z2sdh+MicrosoftYaHei" w:hAnsi="Af8z2sdh+MicrosoftYaHei"/>
          <w:color w:val="000000"/>
        </w:rPr>
        <w:t>工</w:t>
      </w:r>
      <w:r>
        <w:rPr>
          <w:rFonts w:ascii="Af8z2sdh+MicrosoftYaHei" w:eastAsia="Af8z2sdh+MicrosoftYaHei" w:hAnsi="Af8z2sdh+MicrosoftYaHei"/>
          <w:color w:val="000000"/>
          <w:spacing w:val="2"/>
        </w:rPr>
        <w:t>作</w:t>
      </w:r>
      <w:r>
        <w:rPr>
          <w:rFonts w:ascii="Af8z2sdh+MicrosoftYaHei" w:eastAsia="Af8z2sdh+MicrosoftYaHei" w:hAnsi="Af8z2sdh+MicrosoftYaHei"/>
          <w:color w:val="000000"/>
          <w:spacing w:val="-2"/>
        </w:rPr>
        <w:t>，</w:t>
      </w:r>
      <w:r>
        <w:rPr>
          <w:rFonts w:ascii="Af8z2sdh+MicrosoftYaHei" w:eastAsia="Af8z2sdh+MicrosoftYaHei" w:hAnsi="Af8z2sdh+MicrosoftYaHei"/>
          <w:color w:val="000000"/>
          <w:spacing w:val="2"/>
        </w:rPr>
        <w:t>谢</w:t>
      </w:r>
      <w:r>
        <w:rPr>
          <w:rFonts w:ascii="Af8z2sdh+MicrosoftYaHei" w:eastAsia="Af8z2sdh+MicrosoftYaHei" w:hAnsi="Af8z2sdh+MicrosoftYaHei"/>
          <w:color w:val="000000"/>
          <w:spacing w:val="-2"/>
        </w:rPr>
        <w:t>谢</w:t>
      </w:r>
      <w:r>
        <w:rPr>
          <w:rFonts w:ascii="Af8z2sdh+MicrosoftYaHei" w:eastAsia="Af8z2sdh+MicrosoftYaHei" w:hAnsi="Af8z2sdh+MicrosoftYaHei"/>
          <w:color w:val="000000"/>
        </w:rPr>
        <w:t>。</w:t>
      </w:r>
    </w:p>
    <w:tbl>
      <w:tblPr>
        <w:tblW w:w="0" w:type="auto"/>
        <w:tblInd w:w="110" w:type="dxa"/>
        <w:tblLayout w:type="fixed"/>
        <w:tblLook w:val="04A0" w:firstRow="1" w:lastRow="0" w:firstColumn="1" w:lastColumn="0" w:noHBand="0" w:noVBand="1"/>
      </w:tblPr>
      <w:tblGrid>
        <w:gridCol w:w="780"/>
        <w:gridCol w:w="780"/>
        <w:gridCol w:w="5986"/>
      </w:tblGrid>
      <w:tr w:rsidR="00083CE7" w14:paraId="2FEBC620" w14:textId="77777777">
        <w:trPr>
          <w:trHeight w:hRule="exact" w:val="808"/>
        </w:trPr>
        <w:tc>
          <w:tcPr>
            <w:tcW w:w="780" w:type="dxa"/>
            <w:tcBorders>
              <w:bottom w:val="single" w:sz="10" w:space="0" w:color="777777"/>
            </w:tcBorders>
            <w:tcMar>
              <w:left w:w="0" w:type="dxa"/>
              <w:right w:w="0" w:type="dxa"/>
            </w:tcMar>
          </w:tcPr>
          <w:p w14:paraId="7E6C0F47" w14:textId="77777777" w:rsidR="00083CE7" w:rsidRDefault="00000000">
            <w:pPr>
              <w:widowControl/>
              <w:autoSpaceDE w:val="0"/>
              <w:autoSpaceDN w:val="0"/>
              <w:spacing w:before="60"/>
              <w:ind w:left="120"/>
              <w:jc w:val="left"/>
            </w:pPr>
            <w:r>
              <w:rPr>
                <w:noProof/>
              </w:rPr>
              <w:drawing>
                <wp:inline distT="0" distB="0" distL="0" distR="0" wp14:anchorId="0BE4DBB3" wp14:editId="65CD2456">
                  <wp:extent cx="396239" cy="396239"/>
                  <wp:effectExtent l="0" t="0" r="0" b="0"/>
                  <wp:docPr id="34839463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pn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39" cy="3962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66" w:type="dxa"/>
            <w:gridSpan w:val="2"/>
            <w:tcBorders>
              <w:bottom w:val="single" w:sz="10" w:space="0" w:color="777777"/>
            </w:tcBorders>
            <w:tcMar>
              <w:left w:w="0" w:type="dxa"/>
              <w:right w:w="0" w:type="dxa"/>
            </w:tcMar>
          </w:tcPr>
          <w:p w14:paraId="12931726" w14:textId="77777777" w:rsidR="00083CE7" w:rsidRDefault="00000000">
            <w:pPr>
              <w:widowControl/>
              <w:autoSpaceDE w:val="0"/>
              <w:autoSpaceDN w:val="0"/>
              <w:spacing w:before="156" w:line="412" w:lineRule="exact"/>
              <w:ind w:left="54"/>
              <w:jc w:val="left"/>
            </w:pPr>
            <w:r>
              <w:rPr>
                <w:rFonts w:ascii="Af8z2sdh+MicrosoftYaHei" w:eastAsia="Af8z2sdh+MicrosoftYaHei" w:hAnsi="Af8z2sdh+MicrosoftYaHei"/>
                <w:color w:val="000000"/>
                <w:sz w:val="32"/>
              </w:rPr>
              <w:t>工</w:t>
            </w:r>
            <w:r>
              <w:rPr>
                <w:rFonts w:ascii="Af8z2sdh+MicrosoftYaHei" w:eastAsia="Af8z2sdh+MicrosoftYaHei" w:hAnsi="Af8z2sdh+MicrosoftYaHei"/>
                <w:color w:val="000000"/>
                <w:spacing w:val="2"/>
                <w:sz w:val="32"/>
              </w:rPr>
              <w:t>作</w:t>
            </w:r>
            <w:r>
              <w:rPr>
                <w:rFonts w:ascii="Af8z2sdh+MicrosoftYaHei" w:eastAsia="Af8z2sdh+MicrosoftYaHei" w:hAnsi="Af8z2sdh+MicrosoftYaHei"/>
                <w:color w:val="000000"/>
                <w:sz w:val="32"/>
              </w:rPr>
              <w:t>经历</w:t>
            </w:r>
          </w:p>
        </w:tc>
      </w:tr>
      <w:tr w:rsidR="00083CE7" w14:paraId="5098ACD3" w14:textId="77777777">
        <w:trPr>
          <w:trHeight w:hRule="exact" w:val="868"/>
        </w:trPr>
        <w:tc>
          <w:tcPr>
            <w:tcW w:w="1560" w:type="dxa"/>
            <w:gridSpan w:val="2"/>
            <w:tcBorders>
              <w:top w:val="single" w:sz="10" w:space="0" w:color="777777"/>
            </w:tcBorders>
            <w:tcMar>
              <w:left w:w="0" w:type="dxa"/>
              <w:right w:w="0" w:type="dxa"/>
            </w:tcMar>
          </w:tcPr>
          <w:p w14:paraId="031C91BF" w14:textId="232B529D" w:rsidR="00083CE7" w:rsidRDefault="00D3518E">
            <w:pPr>
              <w:widowControl/>
              <w:autoSpaceDE w:val="0"/>
              <w:autoSpaceDN w:val="0"/>
              <w:spacing w:before="542" w:line="270" w:lineRule="exact"/>
              <w:jc w:val="center"/>
            </w:pPr>
            <w:r>
              <w:rPr>
                <w:rFonts w:ascii="Af8z2sdh+MicrosoftYaHei" w:eastAsia="Af8z2sdh+MicrosoftYaHei" w:hAnsi="Af8z2sdh+MicrosoftYaHei"/>
                <w:color w:val="000000"/>
              </w:rPr>
              <w:t>20xx</w:t>
            </w:r>
            <w:r w:rsidR="00000000">
              <w:rPr>
                <w:rFonts w:ascii="Af8z2sdh+MicrosoftYaHei" w:eastAsia="Af8z2sdh+MicrosoftYaHei" w:hAnsi="Af8z2sdh+MicrosoftYaHei"/>
                <w:color w:val="000000"/>
              </w:rPr>
              <w:t>.03-09</w:t>
            </w:r>
          </w:p>
        </w:tc>
        <w:tc>
          <w:tcPr>
            <w:tcW w:w="5986" w:type="dxa"/>
            <w:tcBorders>
              <w:top w:val="single" w:sz="10" w:space="0" w:color="777777"/>
            </w:tcBorders>
            <w:tcMar>
              <w:left w:w="0" w:type="dxa"/>
              <w:right w:w="0" w:type="dxa"/>
            </w:tcMar>
          </w:tcPr>
          <w:p w14:paraId="7A0FF0E0" w14:textId="77777777" w:rsidR="00083CE7" w:rsidRDefault="00000000">
            <w:pPr>
              <w:widowControl/>
              <w:autoSpaceDE w:val="0"/>
              <w:autoSpaceDN w:val="0"/>
              <w:spacing w:before="512" w:line="274" w:lineRule="exact"/>
              <w:ind w:left="310"/>
              <w:jc w:val="left"/>
            </w:pPr>
            <w:r>
              <w:rPr>
                <w:rFonts w:ascii="KAY2tkWD+MicrosoftYaHei" w:eastAsia="KAY2tkWD+MicrosoftYaHei" w:hAnsi="KAY2tkWD+MicrosoftYaHei"/>
                <w:color w:val="000000"/>
              </w:rPr>
              <w:t>北</w:t>
            </w:r>
            <w:r>
              <w:rPr>
                <w:rFonts w:ascii="KAY2tkWD+MicrosoftYaHei" w:eastAsia="KAY2tkWD+MicrosoftYaHei" w:hAnsi="KAY2tkWD+MicrosoftYaHei"/>
                <w:color w:val="000000"/>
                <w:spacing w:val="2"/>
              </w:rPr>
              <w:t>京</w:t>
            </w:r>
            <w:r>
              <w:rPr>
                <w:rFonts w:ascii="KAY2tkWD+MicrosoftYaHei" w:eastAsia="KAY2tkWD+MicrosoftYaHei" w:hAnsi="KAY2tkWD+MicrosoftYaHei"/>
                <w:color w:val="000000"/>
              </w:rPr>
              <w:t>外</w:t>
            </w:r>
            <w:r>
              <w:rPr>
                <w:rFonts w:ascii="KAY2tkWD+MicrosoftYaHei" w:eastAsia="KAY2tkWD+MicrosoftYaHei" w:hAnsi="KAY2tkWD+MicrosoftYaHei"/>
                <w:color w:val="000000"/>
                <w:spacing w:val="2"/>
              </w:rPr>
              <w:t>国</w:t>
            </w:r>
            <w:r>
              <w:rPr>
                <w:rFonts w:ascii="KAY2tkWD+MicrosoftYaHei" w:eastAsia="KAY2tkWD+MicrosoftYaHei" w:hAnsi="KAY2tkWD+MicrosoftYaHei"/>
                <w:color w:val="000000"/>
              </w:rPr>
              <w:t>语</w:t>
            </w:r>
            <w:r>
              <w:rPr>
                <w:rFonts w:ascii="KAY2tkWD+MicrosoftYaHei" w:eastAsia="KAY2tkWD+MicrosoftYaHei" w:hAnsi="KAY2tkWD+MicrosoftYaHei"/>
                <w:color w:val="000000"/>
                <w:spacing w:val="2"/>
              </w:rPr>
              <w:t>大</w:t>
            </w:r>
            <w:r>
              <w:rPr>
                <w:rFonts w:ascii="KAY2tkWD+MicrosoftYaHei" w:eastAsia="KAY2tkWD+MicrosoftYaHei" w:hAnsi="KAY2tkWD+MicrosoftYaHei"/>
                <w:color w:val="000000"/>
              </w:rPr>
              <w:t>学</w:t>
            </w:r>
            <w:r>
              <w:rPr>
                <w:rFonts w:ascii="KAY2tkWD+MicrosoftYaHei" w:eastAsia="KAY2tkWD+MicrosoftYaHei" w:hAnsi="KAY2tkWD+MicrosoftYaHei"/>
                <w:color w:val="000000"/>
                <w:spacing w:val="2"/>
              </w:rPr>
              <w:t>夏</w:t>
            </w:r>
            <w:r>
              <w:rPr>
                <w:rFonts w:ascii="KAY2tkWD+MicrosoftYaHei" w:eastAsia="KAY2tkWD+MicrosoftYaHei" w:hAnsi="KAY2tkWD+MicrosoftYaHei"/>
                <w:color w:val="000000"/>
              </w:rPr>
              <w:t>令营</w:t>
            </w:r>
          </w:p>
        </w:tc>
      </w:tr>
      <w:tr w:rsidR="00083CE7" w14:paraId="588541A6" w14:textId="77777777">
        <w:trPr>
          <w:trHeight w:hRule="exact" w:val="416"/>
        </w:trPr>
        <w:tc>
          <w:tcPr>
            <w:tcW w:w="1560" w:type="dxa"/>
            <w:gridSpan w:val="2"/>
            <w:tcMar>
              <w:left w:w="0" w:type="dxa"/>
              <w:right w:w="0" w:type="dxa"/>
            </w:tcMar>
          </w:tcPr>
          <w:p w14:paraId="0C2AF758" w14:textId="77777777" w:rsidR="00083CE7" w:rsidRDefault="00000000">
            <w:pPr>
              <w:widowControl/>
              <w:autoSpaceDE w:val="0"/>
              <w:autoSpaceDN w:val="0"/>
              <w:spacing w:before="68" w:line="270" w:lineRule="exact"/>
              <w:jc w:val="center"/>
            </w:pPr>
            <w:r>
              <w:rPr>
                <w:rFonts w:ascii="KAY2tkWD+MicrosoftYaHei" w:eastAsia="KAY2tkWD+MicrosoftYaHei" w:hAnsi="KAY2tkWD+MicrosoftYaHei"/>
                <w:color w:val="63589B"/>
              </w:rPr>
              <w:t>助</w:t>
            </w:r>
            <w:r>
              <w:rPr>
                <w:rFonts w:ascii="KAY2tkWD+MicrosoftYaHei" w:eastAsia="KAY2tkWD+MicrosoftYaHei" w:hAnsi="KAY2tkWD+MicrosoftYaHei"/>
                <w:color w:val="63589B"/>
                <w:spacing w:val="2"/>
              </w:rPr>
              <w:t>教</w:t>
            </w:r>
            <w:r>
              <w:rPr>
                <w:rFonts w:ascii="KAY2tkWD+MicrosoftYaHei" w:eastAsia="KAY2tkWD+MicrosoftYaHei" w:hAnsi="KAY2tkWD+MicrosoftYaHei"/>
                <w:color w:val="63589B"/>
              </w:rPr>
              <w:t>辅</w:t>
            </w:r>
            <w:r>
              <w:rPr>
                <w:rFonts w:ascii="KAY2tkWD+MicrosoftYaHei" w:eastAsia="KAY2tkWD+MicrosoftYaHei" w:hAnsi="KAY2tkWD+MicrosoftYaHei"/>
                <w:color w:val="63589B"/>
                <w:spacing w:val="2"/>
              </w:rPr>
              <w:t>导</w:t>
            </w:r>
            <w:r>
              <w:rPr>
                <w:rFonts w:ascii="KAY2tkWD+MicrosoftYaHei" w:eastAsia="KAY2tkWD+MicrosoftYaHei" w:hAnsi="KAY2tkWD+MicrosoftYaHei"/>
                <w:color w:val="63589B"/>
              </w:rPr>
              <w:t>员</w:t>
            </w:r>
          </w:p>
        </w:tc>
        <w:tc>
          <w:tcPr>
            <w:tcW w:w="5986" w:type="dxa"/>
            <w:tcMar>
              <w:left w:w="0" w:type="dxa"/>
              <w:right w:w="0" w:type="dxa"/>
            </w:tcMar>
          </w:tcPr>
          <w:p w14:paraId="675F9287" w14:textId="77777777" w:rsidR="00083CE7" w:rsidRDefault="00000000">
            <w:pPr>
              <w:widowControl/>
              <w:autoSpaceDE w:val="0"/>
              <w:autoSpaceDN w:val="0"/>
              <w:spacing w:before="124" w:line="232" w:lineRule="exact"/>
              <w:ind w:left="310"/>
              <w:jc w:val="left"/>
            </w:pPr>
            <w:r>
              <w:rPr>
                <w:rFonts w:ascii="Af8z2sdh+MicrosoftYaHei" w:eastAsia="Af8z2sdh+MicrosoftYaHei" w:hAnsi="Af8z2sdh+MicrosoftYaHei"/>
                <w:color w:val="000000"/>
                <w:sz w:val="18"/>
              </w:rPr>
              <w:t>1</w:t>
            </w:r>
            <w:r>
              <w:rPr>
                <w:rFonts w:ascii="Af8z2sdh+MicrosoftYaHei" w:eastAsia="Af8z2sdh+MicrosoftYaHei" w:hAnsi="Af8z2sdh+MicrosoftYaHei"/>
                <w:color w:val="000000"/>
                <w:spacing w:val="4"/>
                <w:sz w:val="18"/>
              </w:rPr>
              <w:t>.组</w:t>
            </w:r>
            <w:r>
              <w:rPr>
                <w:rFonts w:ascii="Af8z2sdh+MicrosoftYaHei" w:eastAsia="Af8z2sdh+MicrosoftYaHei" w:hAnsi="Af8z2sdh+MicrosoftYaHei"/>
                <w:color w:val="000000"/>
                <w:spacing w:val="6"/>
                <w:sz w:val="18"/>
              </w:rPr>
              <w:t>织</w:t>
            </w:r>
            <w:r>
              <w:rPr>
                <w:rFonts w:ascii="Af8z2sdh+MicrosoftYaHei" w:eastAsia="Af8z2sdh+MicrosoftYaHei" w:hAnsi="Af8z2sdh+MicrosoftYaHei"/>
                <w:color w:val="000000"/>
                <w:spacing w:val="4"/>
                <w:sz w:val="18"/>
              </w:rPr>
              <w:t>活</w:t>
            </w:r>
            <w:r>
              <w:rPr>
                <w:rFonts w:ascii="Af8z2sdh+MicrosoftYaHei" w:eastAsia="Af8z2sdh+MicrosoftYaHei" w:hAnsi="Af8z2sdh+MicrosoftYaHei"/>
                <w:color w:val="000000"/>
                <w:spacing w:val="2"/>
                <w:sz w:val="18"/>
              </w:rPr>
              <w:t>动</w:t>
            </w:r>
            <w:r>
              <w:rPr>
                <w:rFonts w:ascii="Af8z2sdh+MicrosoftYaHei" w:eastAsia="Af8z2sdh+MicrosoftYaHei" w:hAnsi="Af8z2sdh+MicrosoftYaHei"/>
                <w:color w:val="000000"/>
                <w:spacing w:val="6"/>
                <w:sz w:val="18"/>
              </w:rPr>
              <w:t>赛</w:t>
            </w:r>
            <w:r>
              <w:rPr>
                <w:rFonts w:ascii="Af8z2sdh+MicrosoftYaHei" w:eastAsia="Af8z2sdh+MicrosoftYaHei" w:hAnsi="Af8z2sdh+MicrosoftYaHei"/>
                <w:color w:val="000000"/>
                <w:spacing w:val="4"/>
                <w:sz w:val="18"/>
              </w:rPr>
              <w:t>事</w:t>
            </w:r>
            <w:r>
              <w:rPr>
                <w:rFonts w:ascii="Af8z2sdh+MicrosoftYaHei" w:eastAsia="Af8z2sdh+MicrosoftYaHei" w:hAnsi="Af8z2sdh+MicrosoftYaHei"/>
                <w:color w:val="000000"/>
                <w:spacing w:val="6"/>
                <w:sz w:val="18"/>
              </w:rPr>
              <w:t>制</w:t>
            </w:r>
            <w:r>
              <w:rPr>
                <w:rFonts w:ascii="Af8z2sdh+MicrosoftYaHei" w:eastAsia="Af8z2sdh+MicrosoftYaHei" w:hAnsi="Af8z2sdh+MicrosoftYaHei"/>
                <w:color w:val="000000"/>
                <w:spacing w:val="4"/>
                <w:sz w:val="18"/>
              </w:rPr>
              <w:t>作海报宣传</w:t>
            </w:r>
            <w:r>
              <w:rPr>
                <w:rFonts w:ascii="Af8z2sdh+MicrosoftYaHei" w:eastAsia="Af8z2sdh+MicrosoftYaHei" w:hAnsi="Af8z2sdh+MicrosoftYaHei"/>
                <w:color w:val="000000"/>
                <w:spacing w:val="6"/>
                <w:sz w:val="18"/>
              </w:rPr>
              <w:t>活</w:t>
            </w:r>
            <w:r>
              <w:rPr>
                <w:rFonts w:ascii="Af8z2sdh+MicrosoftYaHei" w:eastAsia="Af8z2sdh+MicrosoftYaHei" w:hAnsi="Af8z2sdh+MicrosoftYaHei"/>
                <w:color w:val="000000"/>
                <w:spacing w:val="4"/>
                <w:sz w:val="18"/>
              </w:rPr>
              <w:t>动</w:t>
            </w:r>
            <w:r>
              <w:rPr>
                <w:rFonts w:ascii="Af8z2sdh+MicrosoftYaHei" w:eastAsia="Af8z2sdh+MicrosoftYaHei" w:hAnsi="Af8z2sdh+MicrosoftYaHei"/>
                <w:color w:val="000000"/>
                <w:spacing w:val="6"/>
                <w:sz w:val="18"/>
              </w:rPr>
              <w:t>针</w:t>
            </w:r>
            <w:r>
              <w:rPr>
                <w:rFonts w:ascii="Af8z2sdh+MicrosoftYaHei" w:eastAsia="Af8z2sdh+MicrosoftYaHei" w:hAnsi="Af8z2sdh+MicrosoftYaHei"/>
                <w:color w:val="000000"/>
                <w:spacing w:val="2"/>
                <w:sz w:val="18"/>
              </w:rPr>
              <w:t>对</w:t>
            </w:r>
            <w:r>
              <w:rPr>
                <w:rFonts w:ascii="Af8z2sdh+MicrosoftYaHei" w:eastAsia="Af8z2sdh+MicrosoftYaHei" w:hAnsi="Af8z2sdh+MicrosoftYaHei"/>
                <w:color w:val="000000"/>
                <w:spacing w:val="4"/>
                <w:sz w:val="18"/>
              </w:rPr>
              <w:t>当</w:t>
            </w:r>
            <w:r>
              <w:rPr>
                <w:rFonts w:ascii="Af8z2sdh+MicrosoftYaHei" w:eastAsia="Af8z2sdh+MicrosoftYaHei" w:hAnsi="Af8z2sdh+MicrosoftYaHei"/>
                <w:color w:val="000000"/>
                <w:spacing w:val="6"/>
                <w:sz w:val="18"/>
              </w:rPr>
              <w:t>代</w:t>
            </w:r>
            <w:r>
              <w:rPr>
                <w:rFonts w:ascii="Af8z2sdh+MicrosoftYaHei" w:eastAsia="Af8z2sdh+MicrosoftYaHei" w:hAnsi="Af8z2sdh+MicrosoftYaHei"/>
                <w:color w:val="000000"/>
                <w:spacing w:val="4"/>
                <w:sz w:val="18"/>
              </w:rPr>
              <w:t>大学</w:t>
            </w:r>
            <w:r>
              <w:rPr>
                <w:rFonts w:ascii="Af8z2sdh+MicrosoftYaHei" w:eastAsia="Af8z2sdh+MicrosoftYaHei" w:hAnsi="Af8z2sdh+MicrosoftYaHei"/>
                <w:color w:val="000000"/>
                <w:spacing w:val="6"/>
                <w:sz w:val="18"/>
              </w:rPr>
              <w:t>生</w:t>
            </w:r>
            <w:r>
              <w:rPr>
                <w:rFonts w:ascii="Af8z2sdh+MicrosoftYaHei" w:eastAsia="Af8z2sdh+MicrosoftYaHei" w:hAnsi="Af8z2sdh+MicrosoftYaHei"/>
                <w:color w:val="000000"/>
                <w:spacing w:val="2"/>
                <w:sz w:val="18"/>
              </w:rPr>
              <w:t>缺</w:t>
            </w:r>
            <w:r>
              <w:rPr>
                <w:rFonts w:ascii="Af8z2sdh+MicrosoftYaHei" w:eastAsia="Af8z2sdh+MicrosoftYaHei" w:hAnsi="Af8z2sdh+MicrosoftYaHei"/>
                <w:color w:val="000000"/>
                <w:spacing w:val="4"/>
                <w:sz w:val="18"/>
              </w:rPr>
              <w:t>乏</w:t>
            </w:r>
            <w:r>
              <w:rPr>
                <w:rFonts w:ascii="Af8z2sdh+MicrosoftYaHei" w:eastAsia="Af8z2sdh+MicrosoftYaHei" w:hAnsi="Af8z2sdh+MicrosoftYaHei"/>
                <w:color w:val="000000"/>
                <w:spacing w:val="6"/>
                <w:sz w:val="18"/>
              </w:rPr>
              <w:t>校</w:t>
            </w:r>
            <w:r>
              <w:rPr>
                <w:rFonts w:ascii="Af8z2sdh+MicrosoftYaHei" w:eastAsia="Af8z2sdh+MicrosoftYaHei" w:hAnsi="Af8z2sdh+MicrosoftYaHei"/>
                <w:color w:val="000000"/>
                <w:spacing w:val="4"/>
                <w:sz w:val="18"/>
              </w:rPr>
              <w:t>级</w:t>
            </w:r>
            <w:r>
              <w:rPr>
                <w:rFonts w:ascii="Af8z2sdh+MicrosoftYaHei" w:eastAsia="Af8z2sdh+MicrosoftYaHei" w:hAnsi="Af8z2sdh+MicrosoftYaHei"/>
                <w:color w:val="000000"/>
                <w:spacing w:val="6"/>
                <w:sz w:val="18"/>
              </w:rPr>
              <w:t>联</w:t>
            </w:r>
            <w:r>
              <w:rPr>
                <w:rFonts w:ascii="Af8z2sdh+MicrosoftYaHei" w:eastAsia="Af8z2sdh+MicrosoftYaHei" w:hAnsi="Af8z2sdh+MicrosoftYaHei"/>
                <w:color w:val="000000"/>
                <w:sz w:val="18"/>
              </w:rPr>
              <w:t>系</w:t>
            </w:r>
          </w:p>
        </w:tc>
      </w:tr>
    </w:tbl>
    <w:p w14:paraId="0B3459C5" w14:textId="77777777" w:rsidR="00083CE7" w:rsidRDefault="00000000">
      <w:pPr>
        <w:widowControl/>
        <w:autoSpaceDE w:val="0"/>
        <w:autoSpaceDN w:val="0"/>
        <w:spacing w:after="204" w:line="370" w:lineRule="exact"/>
        <w:ind w:left="1980" w:right="432"/>
        <w:jc w:val="left"/>
      </w:pPr>
      <w:r>
        <w:rPr>
          <w:rFonts w:ascii="Af8z2sdh+MicrosoftYaHei" w:eastAsia="Af8z2sdh+MicrosoftYaHei" w:hAnsi="Af8z2sdh+MicrosoftYaHei"/>
          <w:color w:val="000000"/>
          <w:sz w:val="18"/>
        </w:rPr>
        <w:t>这一弊端</w:t>
      </w:r>
      <w:r>
        <w:rPr>
          <w:rFonts w:ascii="Af8z2sdh+MicrosoftYaHei" w:eastAsia="Af8z2sdh+MicrosoftYaHei" w:hAnsi="Af8z2sdh+MicrosoftYaHei"/>
          <w:color w:val="000000"/>
          <w:spacing w:val="-30"/>
          <w:sz w:val="18"/>
        </w:rPr>
        <w:t>；</w:t>
      </w:r>
      <w:r>
        <w:rPr>
          <w:rFonts w:ascii="Af8z2sdh+MicrosoftYaHei" w:eastAsia="Af8z2sdh+MicrosoftYaHei" w:hAnsi="Af8z2sdh+MicrosoftYaHei"/>
          <w:color w:val="000000"/>
          <w:sz w:val="18"/>
        </w:rPr>
        <w:t>2.提出切实可行的活动计划</w:t>
      </w:r>
      <w:r>
        <w:rPr>
          <w:rFonts w:ascii="Af8z2sdh+MicrosoftYaHei" w:eastAsia="Af8z2sdh+MicrosoftYaHei" w:hAnsi="Af8z2sdh+MicrosoftYaHei"/>
          <w:color w:val="000000"/>
          <w:spacing w:val="-32"/>
          <w:sz w:val="18"/>
        </w:rPr>
        <w:t>，</w:t>
      </w:r>
      <w:r>
        <w:rPr>
          <w:rFonts w:ascii="Af8z2sdh+MicrosoftYaHei" w:eastAsia="Af8z2sdh+MicrosoftYaHei" w:hAnsi="Af8z2sdh+MicrosoftYaHei"/>
          <w:color w:val="000000"/>
          <w:sz w:val="18"/>
        </w:rPr>
        <w:t>使大学生们参与到交流中来以达到融会贯通的目的。</w:t>
      </w:r>
    </w:p>
    <w:tbl>
      <w:tblPr>
        <w:tblW w:w="0" w:type="auto"/>
        <w:tblInd w:w="170" w:type="dxa"/>
        <w:tblLayout w:type="fixed"/>
        <w:tblLook w:val="04A0" w:firstRow="1" w:lastRow="0" w:firstColumn="1" w:lastColumn="0" w:noHBand="0" w:noVBand="1"/>
      </w:tblPr>
      <w:tblGrid>
        <w:gridCol w:w="1620"/>
        <w:gridCol w:w="5580"/>
      </w:tblGrid>
      <w:tr w:rsidR="00083CE7" w14:paraId="32F0F423" w14:textId="77777777">
        <w:trPr>
          <w:trHeight w:hRule="exact" w:val="826"/>
        </w:trPr>
        <w:tc>
          <w:tcPr>
            <w:tcW w:w="1620" w:type="dxa"/>
            <w:tcMar>
              <w:left w:w="0" w:type="dxa"/>
              <w:right w:w="0" w:type="dxa"/>
            </w:tcMar>
          </w:tcPr>
          <w:p w14:paraId="72649396" w14:textId="23F08806" w:rsidR="00083CE7" w:rsidRDefault="00D3518E">
            <w:pPr>
              <w:widowControl/>
              <w:autoSpaceDE w:val="0"/>
              <w:autoSpaceDN w:val="0"/>
              <w:spacing w:before="86" w:line="270" w:lineRule="exact"/>
              <w:ind w:left="178"/>
              <w:jc w:val="left"/>
            </w:pPr>
            <w:r>
              <w:rPr>
                <w:rFonts w:ascii="Af8z2sdh+MicrosoftYaHei" w:eastAsia="Af8z2sdh+MicrosoftYaHei" w:hAnsi="Af8z2sdh+MicrosoftYaHei"/>
                <w:color w:val="000000"/>
              </w:rPr>
              <w:t>20xx</w:t>
            </w:r>
            <w:r w:rsidR="00000000">
              <w:rPr>
                <w:rFonts w:ascii="Af8z2sdh+MicrosoftYaHei" w:eastAsia="Af8z2sdh+MicrosoftYaHei" w:hAnsi="Af8z2sdh+MicrosoftYaHei"/>
                <w:color w:val="000000"/>
              </w:rPr>
              <w:t>.06-09</w:t>
            </w:r>
          </w:p>
          <w:p w14:paraId="177EC41A" w14:textId="77777777" w:rsidR="00083CE7" w:rsidRDefault="00000000">
            <w:pPr>
              <w:widowControl/>
              <w:autoSpaceDE w:val="0"/>
              <w:autoSpaceDN w:val="0"/>
              <w:spacing w:before="110" w:line="274" w:lineRule="exact"/>
              <w:jc w:val="center"/>
            </w:pPr>
            <w:r>
              <w:rPr>
                <w:rFonts w:ascii="KAY2tkWD+MicrosoftYaHei" w:eastAsia="KAY2tkWD+MicrosoftYaHei" w:hAnsi="KAY2tkWD+MicrosoftYaHei"/>
                <w:color w:val="63589B"/>
              </w:rPr>
              <w:t>实</w:t>
            </w:r>
            <w:r>
              <w:rPr>
                <w:rFonts w:ascii="KAY2tkWD+MicrosoftYaHei" w:eastAsia="KAY2tkWD+MicrosoftYaHei" w:hAnsi="KAY2tkWD+MicrosoftYaHei"/>
                <w:color w:val="63589B"/>
                <w:spacing w:val="2"/>
              </w:rPr>
              <w:t>习</w:t>
            </w:r>
            <w:r>
              <w:rPr>
                <w:rFonts w:ascii="KAY2tkWD+MicrosoftYaHei" w:eastAsia="KAY2tkWD+MicrosoftYaHei" w:hAnsi="KAY2tkWD+MicrosoftYaHei"/>
                <w:color w:val="63589B"/>
              </w:rPr>
              <w:t>文</w:t>
            </w:r>
            <w:r>
              <w:rPr>
                <w:rFonts w:ascii="KAY2tkWD+MicrosoftYaHei" w:eastAsia="KAY2tkWD+MicrosoftYaHei" w:hAnsi="KAY2tkWD+MicrosoftYaHei"/>
                <w:color w:val="63589B"/>
                <w:spacing w:val="2"/>
              </w:rPr>
              <w:t>员</w:t>
            </w:r>
            <w:r>
              <w:rPr>
                <w:rFonts w:ascii="KAY2tkWD+MicrosoftYaHei" w:eastAsia="KAY2tkWD+MicrosoftYaHei" w:hAnsi="KAY2tkWD+MicrosoftYaHei"/>
                <w:color w:val="63589B"/>
              </w:rPr>
              <w:t>助理</w:t>
            </w:r>
          </w:p>
        </w:tc>
        <w:tc>
          <w:tcPr>
            <w:tcW w:w="5580" w:type="dxa"/>
            <w:tcMar>
              <w:left w:w="0" w:type="dxa"/>
              <w:right w:w="0" w:type="dxa"/>
            </w:tcMar>
          </w:tcPr>
          <w:p w14:paraId="7535CE6B" w14:textId="77777777" w:rsidR="00083CE7" w:rsidRDefault="00000000">
            <w:pPr>
              <w:widowControl/>
              <w:autoSpaceDE w:val="0"/>
              <w:autoSpaceDN w:val="0"/>
              <w:spacing w:before="60" w:line="268" w:lineRule="exact"/>
              <w:ind w:left="222"/>
              <w:jc w:val="left"/>
            </w:pPr>
            <w:r>
              <w:rPr>
                <w:rFonts w:ascii="KAY2tkWD+MicrosoftYaHei" w:eastAsia="KAY2tkWD+MicrosoftYaHei" w:hAnsi="KAY2tkWD+MicrosoftYaHei"/>
                <w:color w:val="000000"/>
              </w:rPr>
              <w:t>北</w:t>
            </w:r>
            <w:r>
              <w:rPr>
                <w:rFonts w:ascii="KAY2tkWD+MicrosoftYaHei" w:eastAsia="KAY2tkWD+MicrosoftYaHei" w:hAnsi="KAY2tkWD+MicrosoftYaHei"/>
                <w:color w:val="000000"/>
                <w:spacing w:val="2"/>
              </w:rPr>
              <w:t>京</w:t>
            </w:r>
            <w:r>
              <w:rPr>
                <w:rFonts w:ascii="KAY2tkWD+MicrosoftYaHei" w:eastAsia="KAY2tkWD+MicrosoftYaHei" w:hAnsi="KAY2tkWD+MicrosoftYaHei"/>
                <w:color w:val="000000"/>
              </w:rPr>
              <w:t>普</w:t>
            </w:r>
            <w:r>
              <w:rPr>
                <w:rFonts w:ascii="KAY2tkWD+MicrosoftYaHei" w:eastAsia="KAY2tkWD+MicrosoftYaHei" w:hAnsi="KAY2tkWD+MicrosoftYaHei"/>
                <w:color w:val="000000"/>
                <w:spacing w:val="2"/>
              </w:rPr>
              <w:t>莱</w:t>
            </w:r>
            <w:r>
              <w:rPr>
                <w:rFonts w:ascii="KAY2tkWD+MicrosoftYaHei" w:eastAsia="KAY2tkWD+MicrosoftYaHei" w:hAnsi="KAY2tkWD+MicrosoftYaHei"/>
                <w:color w:val="000000"/>
              </w:rPr>
              <w:t>克</w:t>
            </w:r>
            <w:r>
              <w:rPr>
                <w:rFonts w:ascii="KAY2tkWD+MicrosoftYaHei" w:eastAsia="KAY2tkWD+MicrosoftYaHei" w:hAnsi="KAY2tkWD+MicrosoftYaHei"/>
                <w:color w:val="000000"/>
                <w:spacing w:val="2"/>
              </w:rPr>
              <w:t>特</w:t>
            </w:r>
            <w:r>
              <w:rPr>
                <w:rFonts w:ascii="KAY2tkWD+MicrosoftYaHei" w:eastAsia="KAY2tkWD+MicrosoftYaHei" w:hAnsi="KAY2tkWD+MicrosoftYaHei"/>
                <w:color w:val="000000"/>
              </w:rPr>
              <w:t>数</w:t>
            </w:r>
            <w:r>
              <w:rPr>
                <w:rFonts w:ascii="KAY2tkWD+MicrosoftYaHei" w:eastAsia="KAY2tkWD+MicrosoftYaHei" w:hAnsi="KAY2tkWD+MicrosoftYaHei"/>
                <w:color w:val="000000"/>
                <w:spacing w:val="2"/>
              </w:rPr>
              <w:t>码</w:t>
            </w:r>
            <w:r>
              <w:rPr>
                <w:rFonts w:ascii="KAY2tkWD+MicrosoftYaHei" w:eastAsia="KAY2tkWD+MicrosoftYaHei" w:hAnsi="KAY2tkWD+MicrosoftYaHei"/>
                <w:color w:val="000000"/>
              </w:rPr>
              <w:t>科</w:t>
            </w:r>
            <w:r>
              <w:rPr>
                <w:rFonts w:ascii="KAY2tkWD+MicrosoftYaHei" w:eastAsia="KAY2tkWD+MicrosoftYaHei" w:hAnsi="KAY2tkWD+MicrosoftYaHei"/>
                <w:color w:val="000000"/>
                <w:spacing w:val="2"/>
              </w:rPr>
              <w:t>技</w:t>
            </w:r>
            <w:r>
              <w:rPr>
                <w:rFonts w:ascii="KAY2tkWD+MicrosoftYaHei" w:eastAsia="KAY2tkWD+MicrosoftYaHei" w:hAnsi="KAY2tkWD+MicrosoftYaHei"/>
                <w:color w:val="000000"/>
              </w:rPr>
              <w:t>有</w:t>
            </w:r>
            <w:r>
              <w:rPr>
                <w:rFonts w:ascii="KAY2tkWD+MicrosoftYaHei" w:eastAsia="KAY2tkWD+MicrosoftYaHei" w:hAnsi="KAY2tkWD+MicrosoftYaHei"/>
                <w:color w:val="000000"/>
                <w:spacing w:val="2"/>
              </w:rPr>
              <w:t>限</w:t>
            </w:r>
            <w:r>
              <w:rPr>
                <w:rFonts w:ascii="KAY2tkWD+MicrosoftYaHei" w:eastAsia="KAY2tkWD+MicrosoftYaHei" w:hAnsi="KAY2tkWD+MicrosoftYaHei"/>
                <w:color w:val="000000"/>
              </w:rPr>
              <w:t>公司</w:t>
            </w:r>
          </w:p>
          <w:p w14:paraId="2C3CC8D2" w14:textId="77777777" w:rsidR="00083CE7" w:rsidRDefault="00000000">
            <w:pPr>
              <w:widowControl/>
              <w:autoSpaceDE w:val="0"/>
              <w:autoSpaceDN w:val="0"/>
              <w:spacing w:before="202" w:line="236" w:lineRule="exact"/>
              <w:jc w:val="center"/>
            </w:pPr>
            <w:r>
              <w:rPr>
                <w:rFonts w:ascii="Af8z2sdh+MicrosoftYaHei" w:eastAsia="Af8z2sdh+MicrosoftYaHei" w:hAnsi="Af8z2sdh+MicrosoftYaHei"/>
                <w:color w:val="000000"/>
                <w:sz w:val="18"/>
              </w:rPr>
              <w:t>1</w:t>
            </w:r>
            <w:r>
              <w:rPr>
                <w:rFonts w:ascii="Af8z2sdh+MicrosoftYaHei" w:eastAsia="Af8z2sdh+MicrosoftYaHei" w:hAnsi="Af8z2sdh+MicrosoftYaHei"/>
                <w:color w:val="000000"/>
                <w:spacing w:val="2"/>
                <w:sz w:val="18"/>
              </w:rPr>
              <w:t>.</w:t>
            </w:r>
            <w:r>
              <w:rPr>
                <w:rFonts w:ascii="Af8z2sdh+MicrosoftYaHei" w:eastAsia="Af8z2sdh+MicrosoftYaHei" w:hAnsi="Af8z2sdh+MicrosoftYaHei"/>
                <w:color w:val="000000"/>
                <w:spacing w:val="4"/>
                <w:sz w:val="18"/>
              </w:rPr>
              <w:t>根</w:t>
            </w:r>
            <w:r>
              <w:rPr>
                <w:rFonts w:ascii="Af8z2sdh+MicrosoftYaHei" w:eastAsia="Af8z2sdh+MicrosoftYaHei" w:hAnsi="Af8z2sdh+MicrosoftYaHei"/>
                <w:color w:val="000000"/>
                <w:spacing w:val="2"/>
                <w:sz w:val="18"/>
              </w:rPr>
              <w:t>据办</w:t>
            </w:r>
            <w:r>
              <w:rPr>
                <w:rFonts w:ascii="Af8z2sdh+MicrosoftYaHei" w:eastAsia="Af8z2sdh+MicrosoftYaHei" w:hAnsi="Af8z2sdh+MicrosoftYaHei"/>
                <w:color w:val="000000"/>
                <w:spacing w:val="4"/>
                <w:sz w:val="18"/>
              </w:rPr>
              <w:t>公室</w:t>
            </w:r>
            <w:r>
              <w:rPr>
                <w:rFonts w:ascii="Af8z2sdh+MicrosoftYaHei" w:eastAsia="Af8z2sdh+MicrosoftYaHei" w:hAnsi="Af8z2sdh+MicrosoftYaHei"/>
                <w:color w:val="000000"/>
                <w:spacing w:val="2"/>
                <w:sz w:val="18"/>
              </w:rPr>
              <w:t>领导的要</w:t>
            </w:r>
            <w:r>
              <w:rPr>
                <w:rFonts w:ascii="Af8z2sdh+MicrosoftYaHei" w:eastAsia="Af8z2sdh+MicrosoftYaHei" w:hAnsi="Af8z2sdh+MicrosoftYaHei"/>
                <w:color w:val="000000"/>
                <w:spacing w:val="4"/>
                <w:sz w:val="18"/>
              </w:rPr>
              <w:t>求，</w:t>
            </w:r>
            <w:r>
              <w:rPr>
                <w:rFonts w:ascii="Af8z2sdh+MicrosoftYaHei" w:eastAsia="Af8z2sdh+MicrosoftYaHei" w:hAnsi="Af8z2sdh+MicrosoftYaHei"/>
                <w:color w:val="000000"/>
                <w:spacing w:val="2"/>
                <w:sz w:val="18"/>
              </w:rPr>
              <w:t>完成</w:t>
            </w:r>
            <w:r>
              <w:rPr>
                <w:rFonts w:ascii="Af8z2sdh+MicrosoftYaHei" w:eastAsia="Af8z2sdh+MicrosoftYaHei" w:hAnsi="Af8z2sdh+MicrosoftYaHei"/>
                <w:color w:val="000000"/>
                <w:spacing w:val="4"/>
                <w:sz w:val="18"/>
              </w:rPr>
              <w:t>有</w:t>
            </w:r>
            <w:r>
              <w:rPr>
                <w:rFonts w:ascii="Af8z2sdh+MicrosoftYaHei" w:eastAsia="Af8z2sdh+MicrosoftYaHei" w:hAnsi="Af8z2sdh+MicrosoftYaHei"/>
                <w:color w:val="000000"/>
                <w:spacing w:val="2"/>
                <w:sz w:val="18"/>
              </w:rPr>
              <w:t>关报告</w:t>
            </w:r>
            <w:r>
              <w:rPr>
                <w:rFonts w:ascii="Af8z2sdh+MicrosoftYaHei" w:eastAsia="Af8z2sdh+MicrosoftYaHei" w:hAnsi="Af8z2sdh+MicrosoftYaHei"/>
                <w:color w:val="000000"/>
                <w:spacing w:val="6"/>
                <w:sz w:val="18"/>
              </w:rPr>
              <w:t>、</w:t>
            </w:r>
            <w:r>
              <w:rPr>
                <w:rFonts w:ascii="Af8z2sdh+MicrosoftYaHei" w:eastAsia="Af8z2sdh+MicrosoftYaHei" w:hAnsi="Af8z2sdh+MicrosoftYaHei"/>
                <w:color w:val="000000"/>
                <w:spacing w:val="2"/>
                <w:sz w:val="18"/>
              </w:rPr>
              <w:t>文稿的起</w:t>
            </w:r>
            <w:r>
              <w:rPr>
                <w:rFonts w:ascii="Af8z2sdh+MicrosoftYaHei" w:eastAsia="Af8z2sdh+MicrosoftYaHei" w:hAnsi="Af8z2sdh+MicrosoftYaHei"/>
                <w:color w:val="000000"/>
                <w:spacing w:val="4"/>
                <w:sz w:val="18"/>
              </w:rPr>
              <w:t>草</w:t>
            </w:r>
            <w:r>
              <w:rPr>
                <w:rFonts w:ascii="Af8z2sdh+MicrosoftYaHei" w:eastAsia="Af8z2sdh+MicrosoftYaHei" w:hAnsi="Af8z2sdh+MicrosoftYaHei"/>
                <w:color w:val="000000"/>
                <w:spacing w:val="2"/>
                <w:sz w:val="18"/>
              </w:rPr>
              <w:t>、</w:t>
            </w:r>
            <w:r>
              <w:rPr>
                <w:rFonts w:ascii="Af8z2sdh+MicrosoftYaHei" w:eastAsia="Af8z2sdh+MicrosoftYaHei" w:hAnsi="Af8z2sdh+MicrosoftYaHei"/>
                <w:color w:val="000000"/>
                <w:spacing w:val="4"/>
                <w:sz w:val="18"/>
              </w:rPr>
              <w:t>修</w:t>
            </w:r>
            <w:r>
              <w:rPr>
                <w:rFonts w:ascii="Af8z2sdh+MicrosoftYaHei" w:eastAsia="Af8z2sdh+MicrosoftYaHei" w:hAnsi="Af8z2sdh+MicrosoftYaHei"/>
                <w:color w:val="000000"/>
                <w:spacing w:val="2"/>
                <w:sz w:val="18"/>
              </w:rPr>
              <w:t>改</w:t>
            </w:r>
            <w:r>
              <w:rPr>
                <w:rFonts w:ascii="Af8z2sdh+MicrosoftYaHei" w:eastAsia="Af8z2sdh+MicrosoftYaHei" w:hAnsi="Af8z2sdh+MicrosoftYaHei"/>
                <w:color w:val="000000"/>
                <w:sz w:val="18"/>
              </w:rPr>
              <w:t>工</w:t>
            </w:r>
          </w:p>
        </w:tc>
      </w:tr>
    </w:tbl>
    <w:p w14:paraId="60D2A001" w14:textId="77777777" w:rsidR="00083CE7" w:rsidRDefault="00000000">
      <w:pPr>
        <w:widowControl/>
        <w:autoSpaceDE w:val="0"/>
        <w:autoSpaceDN w:val="0"/>
        <w:spacing w:after="106" w:line="368" w:lineRule="exact"/>
        <w:ind w:left="2012" w:right="432"/>
        <w:jc w:val="left"/>
      </w:pPr>
      <w:r>
        <w:rPr>
          <w:rFonts w:ascii="Af8z2sdh+MicrosoftYaHei" w:eastAsia="Af8z2sdh+MicrosoftYaHei" w:hAnsi="Af8z2sdh+MicrosoftYaHei"/>
          <w:color w:val="000000"/>
          <w:sz w:val="18"/>
        </w:rPr>
        <w:t>作；</w:t>
      </w:r>
      <w:r>
        <w:br/>
      </w:r>
      <w:r>
        <w:rPr>
          <w:rFonts w:ascii="Af8z2sdh+MicrosoftYaHei" w:eastAsia="Af8z2sdh+MicrosoftYaHei" w:hAnsi="Af8z2sdh+MicrosoftYaHei"/>
          <w:color w:val="000000"/>
          <w:sz w:val="18"/>
        </w:rPr>
        <w:t>2</w:t>
      </w:r>
      <w:r>
        <w:rPr>
          <w:rFonts w:ascii="Af8z2sdh+MicrosoftYaHei" w:eastAsia="Af8z2sdh+MicrosoftYaHei" w:hAnsi="Af8z2sdh+MicrosoftYaHei"/>
          <w:color w:val="000000"/>
          <w:spacing w:val="2"/>
          <w:sz w:val="18"/>
        </w:rPr>
        <w:t>.</w:t>
      </w:r>
      <w:r>
        <w:rPr>
          <w:rFonts w:ascii="Af8z2sdh+MicrosoftYaHei" w:eastAsia="Af8z2sdh+MicrosoftYaHei" w:hAnsi="Af8z2sdh+MicrosoftYaHei"/>
          <w:color w:val="000000"/>
          <w:spacing w:val="4"/>
          <w:sz w:val="18"/>
        </w:rPr>
        <w:t>完</w:t>
      </w:r>
      <w:r>
        <w:rPr>
          <w:rFonts w:ascii="Af8z2sdh+MicrosoftYaHei" w:eastAsia="Af8z2sdh+MicrosoftYaHei" w:hAnsi="Af8z2sdh+MicrosoftYaHei"/>
          <w:color w:val="000000"/>
          <w:spacing w:val="2"/>
          <w:sz w:val="18"/>
        </w:rPr>
        <w:t>成打</w:t>
      </w:r>
      <w:r>
        <w:rPr>
          <w:rFonts w:ascii="Af8z2sdh+MicrosoftYaHei" w:eastAsia="Af8z2sdh+MicrosoftYaHei" w:hAnsi="Af8z2sdh+MicrosoftYaHei"/>
          <w:color w:val="000000"/>
          <w:spacing w:val="4"/>
          <w:sz w:val="18"/>
        </w:rPr>
        <w:t>字、</w:t>
      </w:r>
      <w:r>
        <w:rPr>
          <w:rFonts w:ascii="Af8z2sdh+MicrosoftYaHei" w:eastAsia="Af8z2sdh+MicrosoftYaHei" w:hAnsi="Af8z2sdh+MicrosoftYaHei"/>
          <w:color w:val="000000"/>
          <w:spacing w:val="2"/>
          <w:sz w:val="18"/>
        </w:rPr>
        <w:t>复印及传</w:t>
      </w:r>
      <w:r>
        <w:rPr>
          <w:rFonts w:ascii="Af8z2sdh+MicrosoftYaHei" w:eastAsia="Af8z2sdh+MicrosoftYaHei" w:hAnsi="Af8z2sdh+MicrosoftYaHei"/>
          <w:color w:val="000000"/>
          <w:spacing w:val="4"/>
          <w:sz w:val="18"/>
        </w:rPr>
        <w:t>真等</w:t>
      </w:r>
      <w:r>
        <w:rPr>
          <w:rFonts w:ascii="Af8z2sdh+MicrosoftYaHei" w:eastAsia="Af8z2sdh+MicrosoftYaHei" w:hAnsi="Af8z2sdh+MicrosoftYaHei"/>
          <w:color w:val="000000"/>
          <w:spacing w:val="2"/>
          <w:sz w:val="18"/>
        </w:rPr>
        <w:t>工作</w:t>
      </w:r>
      <w:r>
        <w:rPr>
          <w:rFonts w:ascii="Af8z2sdh+MicrosoftYaHei" w:eastAsia="Af8z2sdh+MicrosoftYaHei" w:hAnsi="Af8z2sdh+MicrosoftYaHei"/>
          <w:color w:val="000000"/>
          <w:spacing w:val="4"/>
          <w:sz w:val="18"/>
        </w:rPr>
        <w:t>，</w:t>
      </w:r>
      <w:r>
        <w:rPr>
          <w:rFonts w:ascii="Af8z2sdh+MicrosoftYaHei" w:eastAsia="Af8z2sdh+MicrosoftYaHei" w:hAnsi="Af8z2sdh+MicrosoftYaHei"/>
          <w:color w:val="000000"/>
          <w:spacing w:val="2"/>
          <w:sz w:val="18"/>
        </w:rPr>
        <w:t>及时送</w:t>
      </w:r>
      <w:r>
        <w:rPr>
          <w:rFonts w:ascii="Af8z2sdh+MicrosoftYaHei" w:eastAsia="Af8z2sdh+MicrosoftYaHei" w:hAnsi="Af8z2sdh+MicrosoftYaHei"/>
          <w:color w:val="000000"/>
          <w:spacing w:val="6"/>
          <w:sz w:val="18"/>
        </w:rPr>
        <w:t>交</w:t>
      </w:r>
      <w:r>
        <w:rPr>
          <w:rFonts w:ascii="Af8z2sdh+MicrosoftYaHei" w:eastAsia="Af8z2sdh+MicrosoftYaHei" w:hAnsi="Af8z2sdh+MicrosoftYaHei"/>
          <w:color w:val="000000"/>
          <w:spacing w:val="2"/>
          <w:sz w:val="18"/>
        </w:rPr>
        <w:t>领导或按</w:t>
      </w:r>
      <w:r>
        <w:rPr>
          <w:rFonts w:ascii="Af8z2sdh+MicrosoftYaHei" w:eastAsia="Af8z2sdh+MicrosoftYaHei" w:hAnsi="Af8z2sdh+MicrosoftYaHei"/>
          <w:color w:val="000000"/>
          <w:spacing w:val="4"/>
          <w:sz w:val="18"/>
        </w:rPr>
        <w:t>要</w:t>
      </w:r>
      <w:r>
        <w:rPr>
          <w:rFonts w:ascii="Af8z2sdh+MicrosoftYaHei" w:eastAsia="Af8z2sdh+MicrosoftYaHei" w:hAnsi="Af8z2sdh+MicrosoftYaHei"/>
          <w:color w:val="000000"/>
          <w:spacing w:val="2"/>
          <w:sz w:val="18"/>
        </w:rPr>
        <w:t>求</w:t>
      </w:r>
      <w:r>
        <w:rPr>
          <w:rFonts w:ascii="Af8z2sdh+MicrosoftYaHei" w:eastAsia="Af8z2sdh+MicrosoftYaHei" w:hAnsi="Af8z2sdh+MicrosoftYaHei"/>
          <w:color w:val="000000"/>
          <w:spacing w:val="4"/>
          <w:sz w:val="18"/>
        </w:rPr>
        <w:t>传</w:t>
      </w:r>
      <w:r>
        <w:rPr>
          <w:rFonts w:ascii="Af8z2sdh+MicrosoftYaHei" w:eastAsia="Af8z2sdh+MicrosoftYaHei" w:hAnsi="Af8z2sdh+MicrosoftYaHei"/>
          <w:color w:val="000000"/>
          <w:spacing w:val="2"/>
          <w:sz w:val="18"/>
        </w:rPr>
        <w:t>送</w:t>
      </w:r>
      <w:r>
        <w:rPr>
          <w:rFonts w:ascii="Af8z2sdh+MicrosoftYaHei" w:eastAsia="Af8z2sdh+MicrosoftYaHei" w:hAnsi="Af8z2sdh+MicrosoftYaHei"/>
          <w:color w:val="000000"/>
          <w:sz w:val="18"/>
        </w:rPr>
        <w:t>给</w:t>
      </w:r>
    </w:p>
    <w:tbl>
      <w:tblPr>
        <w:tblW w:w="0" w:type="auto"/>
        <w:tblInd w:w="170" w:type="dxa"/>
        <w:tblLayout w:type="fixed"/>
        <w:tblLook w:val="04A0" w:firstRow="1" w:lastRow="0" w:firstColumn="1" w:lastColumn="0" w:noHBand="0" w:noVBand="1"/>
      </w:tblPr>
      <w:tblGrid>
        <w:gridCol w:w="1620"/>
        <w:gridCol w:w="4180"/>
      </w:tblGrid>
      <w:tr w:rsidR="00083CE7" w14:paraId="393F391D" w14:textId="77777777">
        <w:trPr>
          <w:trHeight w:hRule="exact" w:val="994"/>
        </w:trPr>
        <w:tc>
          <w:tcPr>
            <w:tcW w:w="1620" w:type="dxa"/>
            <w:tcMar>
              <w:left w:w="0" w:type="dxa"/>
              <w:right w:w="0" w:type="dxa"/>
            </w:tcMar>
          </w:tcPr>
          <w:p w14:paraId="0B513689" w14:textId="3AB2DD50" w:rsidR="00083CE7" w:rsidRDefault="00D3518E">
            <w:pPr>
              <w:widowControl/>
              <w:autoSpaceDE w:val="0"/>
              <w:autoSpaceDN w:val="0"/>
              <w:spacing w:before="60" w:line="274" w:lineRule="exact"/>
              <w:ind w:left="178"/>
              <w:jc w:val="left"/>
            </w:pPr>
            <w:r>
              <w:rPr>
                <w:rFonts w:ascii="Af8z2sdh+MicrosoftYaHei" w:eastAsia="Af8z2sdh+MicrosoftYaHei" w:hAnsi="Af8z2sdh+MicrosoftYaHei"/>
                <w:color w:val="000000"/>
              </w:rPr>
              <w:t>20xx</w:t>
            </w:r>
            <w:r w:rsidR="00000000">
              <w:rPr>
                <w:rFonts w:ascii="Af8z2sdh+MicrosoftYaHei" w:eastAsia="Af8z2sdh+MicrosoftYaHei" w:hAnsi="Af8z2sdh+MicrosoftYaHei"/>
                <w:color w:val="000000"/>
              </w:rPr>
              <w:t>.06-09</w:t>
            </w:r>
          </w:p>
          <w:p w14:paraId="45A5D606" w14:textId="77777777" w:rsidR="00083CE7" w:rsidRDefault="00000000">
            <w:pPr>
              <w:widowControl/>
              <w:autoSpaceDE w:val="0"/>
              <w:autoSpaceDN w:val="0"/>
              <w:spacing w:before="104" w:line="270" w:lineRule="exact"/>
              <w:jc w:val="center"/>
            </w:pPr>
            <w:r>
              <w:rPr>
                <w:rFonts w:ascii="KAY2tkWD+MicrosoftYaHei" w:eastAsia="KAY2tkWD+MicrosoftYaHei" w:hAnsi="KAY2tkWD+MicrosoftYaHei"/>
                <w:color w:val="63589B"/>
              </w:rPr>
              <w:t>实</w:t>
            </w:r>
            <w:r>
              <w:rPr>
                <w:rFonts w:ascii="KAY2tkWD+MicrosoftYaHei" w:eastAsia="KAY2tkWD+MicrosoftYaHei" w:hAnsi="KAY2tkWD+MicrosoftYaHei"/>
                <w:color w:val="63589B"/>
                <w:spacing w:val="2"/>
              </w:rPr>
              <w:t>习</w:t>
            </w:r>
            <w:r>
              <w:rPr>
                <w:rFonts w:ascii="KAY2tkWD+MicrosoftYaHei" w:eastAsia="KAY2tkWD+MicrosoftYaHei" w:hAnsi="KAY2tkWD+MicrosoftYaHei"/>
                <w:color w:val="63589B"/>
              </w:rPr>
              <w:t>行</w:t>
            </w:r>
            <w:r>
              <w:rPr>
                <w:rFonts w:ascii="KAY2tkWD+MicrosoftYaHei" w:eastAsia="KAY2tkWD+MicrosoftYaHei" w:hAnsi="KAY2tkWD+MicrosoftYaHei"/>
                <w:color w:val="63589B"/>
                <w:spacing w:val="2"/>
              </w:rPr>
              <w:t>政</w:t>
            </w:r>
            <w:r>
              <w:rPr>
                <w:rFonts w:ascii="KAY2tkWD+MicrosoftYaHei" w:eastAsia="KAY2tkWD+MicrosoftYaHei" w:hAnsi="KAY2tkWD+MicrosoftYaHei"/>
                <w:color w:val="63589B"/>
              </w:rPr>
              <w:t>助理</w:t>
            </w:r>
          </w:p>
        </w:tc>
        <w:tc>
          <w:tcPr>
            <w:tcW w:w="4180" w:type="dxa"/>
            <w:tcMar>
              <w:left w:w="0" w:type="dxa"/>
              <w:right w:w="0" w:type="dxa"/>
            </w:tcMar>
          </w:tcPr>
          <w:p w14:paraId="06107D20" w14:textId="77777777" w:rsidR="00083CE7" w:rsidRDefault="00000000">
            <w:pPr>
              <w:widowControl/>
              <w:autoSpaceDE w:val="0"/>
              <w:autoSpaceDN w:val="0"/>
              <w:spacing w:before="64" w:line="236" w:lineRule="exact"/>
              <w:ind w:left="222"/>
              <w:jc w:val="left"/>
            </w:pPr>
            <w:r>
              <w:rPr>
                <w:rFonts w:ascii="Af8z2sdh+MicrosoftYaHei" w:eastAsia="Af8z2sdh+MicrosoftYaHei" w:hAnsi="Af8z2sdh+MicrosoftYaHei"/>
                <w:color w:val="000000"/>
                <w:sz w:val="18"/>
              </w:rPr>
              <w:t>客户。</w:t>
            </w:r>
          </w:p>
          <w:p w14:paraId="419CD90A" w14:textId="77777777" w:rsidR="00083CE7" w:rsidRDefault="00000000">
            <w:pPr>
              <w:widowControl/>
              <w:autoSpaceDE w:val="0"/>
              <w:autoSpaceDN w:val="0"/>
              <w:spacing w:before="360" w:line="274" w:lineRule="exact"/>
              <w:ind w:left="204"/>
              <w:jc w:val="left"/>
            </w:pPr>
            <w:r>
              <w:rPr>
                <w:rFonts w:ascii="KAY2tkWD+MicrosoftYaHei" w:eastAsia="KAY2tkWD+MicrosoftYaHei" w:hAnsi="KAY2tkWD+MicrosoftYaHei"/>
                <w:color w:val="000000"/>
              </w:rPr>
              <w:t>北</w:t>
            </w:r>
            <w:r>
              <w:rPr>
                <w:rFonts w:ascii="KAY2tkWD+MicrosoftYaHei" w:eastAsia="KAY2tkWD+MicrosoftYaHei" w:hAnsi="KAY2tkWD+MicrosoftYaHei"/>
                <w:color w:val="000000"/>
                <w:spacing w:val="2"/>
              </w:rPr>
              <w:t>京</w:t>
            </w:r>
            <w:r>
              <w:rPr>
                <w:rFonts w:ascii="KAY2tkWD+MicrosoftYaHei" w:eastAsia="KAY2tkWD+MicrosoftYaHei" w:hAnsi="KAY2tkWD+MicrosoftYaHei"/>
                <w:color w:val="000000"/>
              </w:rPr>
              <w:t>科</w:t>
            </w:r>
            <w:r>
              <w:rPr>
                <w:rFonts w:ascii="KAY2tkWD+MicrosoftYaHei" w:eastAsia="KAY2tkWD+MicrosoftYaHei" w:hAnsi="KAY2tkWD+MicrosoftYaHei"/>
                <w:color w:val="000000"/>
                <w:spacing w:val="2"/>
              </w:rPr>
              <w:t>力</w:t>
            </w:r>
            <w:r>
              <w:rPr>
                <w:rFonts w:ascii="KAY2tkWD+MicrosoftYaHei" w:eastAsia="KAY2tkWD+MicrosoftYaHei" w:hAnsi="KAY2tkWD+MicrosoftYaHei"/>
                <w:color w:val="000000"/>
              </w:rPr>
              <w:t>莱</w:t>
            </w:r>
            <w:r>
              <w:rPr>
                <w:rFonts w:ascii="KAY2tkWD+MicrosoftYaHei" w:eastAsia="KAY2tkWD+MicrosoftYaHei" w:hAnsi="KAY2tkWD+MicrosoftYaHei"/>
                <w:color w:val="000000"/>
                <w:spacing w:val="2"/>
              </w:rPr>
              <w:t>贸</w:t>
            </w:r>
            <w:r>
              <w:rPr>
                <w:rFonts w:ascii="KAY2tkWD+MicrosoftYaHei" w:eastAsia="KAY2tkWD+MicrosoftYaHei" w:hAnsi="KAY2tkWD+MicrosoftYaHei"/>
                <w:color w:val="000000"/>
              </w:rPr>
              <w:t>易</w:t>
            </w:r>
            <w:r>
              <w:rPr>
                <w:rFonts w:ascii="KAY2tkWD+MicrosoftYaHei" w:eastAsia="KAY2tkWD+MicrosoftYaHei" w:hAnsi="KAY2tkWD+MicrosoftYaHei"/>
                <w:color w:val="000000"/>
                <w:spacing w:val="2"/>
              </w:rPr>
              <w:t>有</w:t>
            </w:r>
            <w:r>
              <w:rPr>
                <w:rFonts w:ascii="KAY2tkWD+MicrosoftYaHei" w:eastAsia="KAY2tkWD+MicrosoftYaHei" w:hAnsi="KAY2tkWD+MicrosoftYaHei"/>
                <w:color w:val="000000"/>
              </w:rPr>
              <w:t>限</w:t>
            </w:r>
            <w:r>
              <w:rPr>
                <w:rFonts w:ascii="KAY2tkWD+MicrosoftYaHei" w:eastAsia="KAY2tkWD+MicrosoftYaHei" w:hAnsi="KAY2tkWD+MicrosoftYaHei"/>
                <w:color w:val="000000"/>
                <w:spacing w:val="2"/>
              </w:rPr>
              <w:t>公</w:t>
            </w:r>
            <w:r>
              <w:rPr>
                <w:rFonts w:ascii="KAY2tkWD+MicrosoftYaHei" w:eastAsia="KAY2tkWD+MicrosoftYaHei" w:hAnsi="KAY2tkWD+MicrosoftYaHei"/>
                <w:color w:val="000000"/>
              </w:rPr>
              <w:t>司</w:t>
            </w:r>
          </w:p>
        </w:tc>
      </w:tr>
    </w:tbl>
    <w:p w14:paraId="497ED744" w14:textId="77777777" w:rsidR="00083CE7" w:rsidRDefault="00000000">
      <w:pPr>
        <w:widowControl/>
        <w:autoSpaceDE w:val="0"/>
        <w:autoSpaceDN w:val="0"/>
        <w:spacing w:after="376" w:line="390" w:lineRule="exact"/>
        <w:ind w:left="1994" w:right="610"/>
      </w:pPr>
      <w:r>
        <w:rPr>
          <w:rFonts w:ascii="Af8z2sdh+MicrosoftYaHei" w:eastAsia="Af8z2sdh+MicrosoftYaHei" w:hAnsi="Af8z2sdh+MicrosoftYaHei"/>
          <w:color w:val="000000"/>
          <w:spacing w:val="2"/>
          <w:sz w:val="18"/>
        </w:rPr>
        <w:t>1</w:t>
      </w:r>
      <w:r>
        <w:rPr>
          <w:rFonts w:ascii="Af8z2sdh+MicrosoftYaHei" w:eastAsia="Af8z2sdh+MicrosoftYaHei" w:hAnsi="Af8z2sdh+MicrosoftYaHei"/>
          <w:color w:val="000000"/>
          <w:spacing w:val="4"/>
          <w:sz w:val="18"/>
        </w:rPr>
        <w:t>、协</w:t>
      </w:r>
      <w:r>
        <w:rPr>
          <w:rFonts w:ascii="Af8z2sdh+MicrosoftYaHei" w:eastAsia="Af8z2sdh+MicrosoftYaHei" w:hAnsi="Af8z2sdh+MicrosoftYaHei"/>
          <w:color w:val="000000"/>
          <w:spacing w:val="2"/>
          <w:sz w:val="18"/>
        </w:rPr>
        <w:t>助行</w:t>
      </w:r>
      <w:r>
        <w:rPr>
          <w:rFonts w:ascii="Af8z2sdh+MicrosoftYaHei" w:eastAsia="Af8z2sdh+MicrosoftYaHei" w:hAnsi="Af8z2sdh+MicrosoftYaHei"/>
          <w:color w:val="000000"/>
          <w:spacing w:val="6"/>
          <w:sz w:val="18"/>
        </w:rPr>
        <w:t>政</w:t>
      </w:r>
      <w:r>
        <w:rPr>
          <w:rFonts w:ascii="Af8z2sdh+MicrosoftYaHei" w:eastAsia="Af8z2sdh+MicrosoftYaHei" w:hAnsi="Af8z2sdh+MicrosoftYaHei"/>
          <w:color w:val="000000"/>
          <w:spacing w:val="2"/>
          <w:sz w:val="18"/>
        </w:rPr>
        <w:t>部经</w:t>
      </w:r>
      <w:r>
        <w:rPr>
          <w:rFonts w:ascii="Af8z2sdh+MicrosoftYaHei" w:eastAsia="Af8z2sdh+MicrosoftYaHei" w:hAnsi="Af8z2sdh+MicrosoftYaHei"/>
          <w:color w:val="000000"/>
          <w:spacing w:val="6"/>
          <w:sz w:val="18"/>
        </w:rPr>
        <w:t>理</w:t>
      </w:r>
      <w:r>
        <w:rPr>
          <w:rFonts w:ascii="Af8z2sdh+MicrosoftYaHei" w:eastAsia="Af8z2sdh+MicrosoftYaHei" w:hAnsi="Af8z2sdh+MicrosoftYaHei"/>
          <w:color w:val="000000"/>
          <w:spacing w:val="2"/>
          <w:sz w:val="18"/>
        </w:rPr>
        <w:t>完成</w:t>
      </w:r>
      <w:r>
        <w:rPr>
          <w:rFonts w:ascii="Af8z2sdh+MicrosoftYaHei" w:eastAsia="Af8z2sdh+MicrosoftYaHei" w:hAnsi="Af8z2sdh+MicrosoftYaHei"/>
          <w:color w:val="000000"/>
          <w:spacing w:val="4"/>
          <w:sz w:val="18"/>
        </w:rPr>
        <w:t>公司</w:t>
      </w:r>
      <w:r>
        <w:rPr>
          <w:rFonts w:ascii="Af8z2sdh+MicrosoftYaHei" w:eastAsia="Af8z2sdh+MicrosoftYaHei" w:hAnsi="Af8z2sdh+MicrosoftYaHei"/>
          <w:color w:val="000000"/>
          <w:spacing w:val="2"/>
          <w:sz w:val="18"/>
        </w:rPr>
        <w:t>行</w:t>
      </w:r>
      <w:r>
        <w:rPr>
          <w:rFonts w:ascii="Af8z2sdh+MicrosoftYaHei" w:eastAsia="Af8z2sdh+MicrosoftYaHei" w:hAnsi="Af8z2sdh+MicrosoftYaHei"/>
          <w:color w:val="000000"/>
          <w:spacing w:val="4"/>
          <w:sz w:val="18"/>
        </w:rPr>
        <w:t>政</w:t>
      </w:r>
      <w:r>
        <w:rPr>
          <w:rFonts w:ascii="Af8z2sdh+MicrosoftYaHei" w:eastAsia="Af8z2sdh+MicrosoftYaHei" w:hAnsi="Af8z2sdh+MicrosoftYaHei"/>
          <w:color w:val="000000"/>
          <w:spacing w:val="2"/>
          <w:sz w:val="18"/>
        </w:rPr>
        <w:t>事</w:t>
      </w:r>
      <w:r>
        <w:rPr>
          <w:rFonts w:ascii="Af8z2sdh+MicrosoftYaHei" w:eastAsia="Af8z2sdh+MicrosoftYaHei" w:hAnsi="Af8z2sdh+MicrosoftYaHei"/>
          <w:color w:val="000000"/>
          <w:spacing w:val="4"/>
          <w:sz w:val="18"/>
        </w:rPr>
        <w:t>务工</w:t>
      </w:r>
      <w:r>
        <w:rPr>
          <w:rFonts w:ascii="Af8z2sdh+MicrosoftYaHei" w:eastAsia="Af8z2sdh+MicrosoftYaHei" w:hAnsi="Af8z2sdh+MicrosoftYaHei"/>
          <w:color w:val="000000"/>
          <w:spacing w:val="2"/>
          <w:sz w:val="18"/>
        </w:rPr>
        <w:t>作</w:t>
      </w:r>
      <w:r>
        <w:rPr>
          <w:rFonts w:ascii="Af8z2sdh+MicrosoftYaHei" w:eastAsia="Af8z2sdh+MicrosoftYaHei" w:hAnsi="Af8z2sdh+MicrosoftYaHei"/>
          <w:color w:val="000000"/>
          <w:spacing w:val="6"/>
          <w:sz w:val="18"/>
        </w:rPr>
        <w:t>及</w:t>
      </w:r>
      <w:r>
        <w:rPr>
          <w:rFonts w:ascii="Af8z2sdh+MicrosoftYaHei" w:eastAsia="Af8z2sdh+MicrosoftYaHei" w:hAnsi="Af8z2sdh+MicrosoftYaHei"/>
          <w:color w:val="000000"/>
          <w:spacing w:val="2"/>
          <w:sz w:val="18"/>
        </w:rPr>
        <w:t>部门</w:t>
      </w:r>
      <w:r>
        <w:rPr>
          <w:rFonts w:ascii="Af8z2sdh+MicrosoftYaHei" w:eastAsia="Af8z2sdh+MicrosoftYaHei" w:hAnsi="Af8z2sdh+MicrosoftYaHei"/>
          <w:color w:val="000000"/>
          <w:spacing w:val="4"/>
          <w:sz w:val="18"/>
        </w:rPr>
        <w:t>内部</w:t>
      </w:r>
      <w:r>
        <w:rPr>
          <w:rFonts w:ascii="Af8z2sdh+MicrosoftYaHei" w:eastAsia="Af8z2sdh+MicrosoftYaHei" w:hAnsi="Af8z2sdh+MicrosoftYaHei"/>
          <w:color w:val="000000"/>
          <w:spacing w:val="2"/>
          <w:sz w:val="18"/>
        </w:rPr>
        <w:t>日</w:t>
      </w:r>
      <w:r>
        <w:rPr>
          <w:rFonts w:ascii="Af8z2sdh+MicrosoftYaHei" w:eastAsia="Af8z2sdh+MicrosoftYaHei" w:hAnsi="Af8z2sdh+MicrosoftYaHei"/>
          <w:color w:val="000000"/>
          <w:spacing w:val="4"/>
          <w:sz w:val="18"/>
        </w:rPr>
        <w:t>常</w:t>
      </w:r>
      <w:r>
        <w:rPr>
          <w:rFonts w:ascii="Af8z2sdh+MicrosoftYaHei" w:eastAsia="Af8z2sdh+MicrosoftYaHei" w:hAnsi="Af8z2sdh+MicrosoftYaHei"/>
          <w:color w:val="000000"/>
          <w:spacing w:val="2"/>
          <w:sz w:val="18"/>
        </w:rPr>
        <w:t>事</w:t>
      </w:r>
      <w:r>
        <w:rPr>
          <w:rFonts w:ascii="Af8z2sdh+MicrosoftYaHei" w:eastAsia="Af8z2sdh+MicrosoftYaHei" w:hAnsi="Af8z2sdh+MicrosoftYaHei"/>
          <w:color w:val="000000"/>
          <w:sz w:val="18"/>
        </w:rPr>
        <w:t>务</w:t>
      </w:r>
      <w:r>
        <w:rPr>
          <w:rFonts w:ascii="Af8z2sdh+MicrosoftYaHei" w:eastAsia="Af8z2sdh+MicrosoftYaHei" w:hAnsi="Af8z2sdh+MicrosoftYaHei"/>
          <w:color w:val="000000"/>
          <w:spacing w:val="4"/>
          <w:sz w:val="18"/>
        </w:rPr>
        <w:t>工作</w:t>
      </w:r>
      <w:r>
        <w:rPr>
          <w:rFonts w:ascii="Af8z2sdh+MicrosoftYaHei" w:eastAsia="Af8z2sdh+MicrosoftYaHei" w:hAnsi="Af8z2sdh+MicrosoftYaHei"/>
          <w:color w:val="000000"/>
          <w:spacing w:val="2"/>
          <w:sz w:val="18"/>
        </w:rPr>
        <w:t>；2、</w:t>
      </w:r>
      <w:r>
        <w:rPr>
          <w:rFonts w:ascii="Af8z2sdh+MicrosoftYaHei" w:eastAsia="Af8z2sdh+MicrosoftYaHei" w:hAnsi="Af8z2sdh+MicrosoftYaHei"/>
          <w:color w:val="000000"/>
          <w:spacing w:val="6"/>
          <w:sz w:val="18"/>
        </w:rPr>
        <w:t>协</w:t>
      </w:r>
      <w:r>
        <w:rPr>
          <w:rFonts w:ascii="Af8z2sdh+MicrosoftYaHei" w:eastAsia="Af8z2sdh+MicrosoftYaHei" w:hAnsi="Af8z2sdh+MicrosoftYaHei"/>
          <w:color w:val="000000"/>
          <w:spacing w:val="2"/>
          <w:sz w:val="18"/>
        </w:rPr>
        <w:t>助审</w:t>
      </w:r>
      <w:r>
        <w:rPr>
          <w:rFonts w:ascii="Af8z2sdh+MicrosoftYaHei" w:eastAsia="Af8z2sdh+MicrosoftYaHei" w:hAnsi="Af8z2sdh+MicrosoftYaHei"/>
          <w:color w:val="000000"/>
          <w:spacing w:val="6"/>
          <w:sz w:val="18"/>
        </w:rPr>
        <w:t>核</w:t>
      </w:r>
      <w:r>
        <w:rPr>
          <w:rFonts w:ascii="Af8z2sdh+MicrosoftYaHei" w:eastAsia="Af8z2sdh+MicrosoftYaHei" w:hAnsi="Af8z2sdh+MicrosoftYaHei"/>
          <w:color w:val="000000"/>
          <w:spacing w:val="2"/>
          <w:sz w:val="18"/>
        </w:rPr>
        <w:t>、修</w:t>
      </w:r>
      <w:r>
        <w:rPr>
          <w:rFonts w:ascii="Af8z2sdh+MicrosoftYaHei" w:eastAsia="Af8z2sdh+MicrosoftYaHei" w:hAnsi="Af8z2sdh+MicrosoftYaHei"/>
          <w:color w:val="000000"/>
          <w:spacing w:val="4"/>
          <w:sz w:val="18"/>
        </w:rPr>
        <w:t>订公</w:t>
      </w:r>
      <w:r>
        <w:rPr>
          <w:rFonts w:ascii="Af8z2sdh+MicrosoftYaHei" w:eastAsia="Af8z2sdh+MicrosoftYaHei" w:hAnsi="Af8z2sdh+MicrosoftYaHei"/>
          <w:color w:val="000000"/>
          <w:spacing w:val="2"/>
          <w:sz w:val="18"/>
        </w:rPr>
        <w:t>司</w:t>
      </w:r>
      <w:r>
        <w:rPr>
          <w:rFonts w:ascii="Af8z2sdh+MicrosoftYaHei" w:eastAsia="Af8z2sdh+MicrosoftYaHei" w:hAnsi="Af8z2sdh+MicrosoftYaHei"/>
          <w:color w:val="000000"/>
          <w:spacing w:val="4"/>
          <w:sz w:val="18"/>
        </w:rPr>
        <w:t>各</w:t>
      </w:r>
      <w:r>
        <w:rPr>
          <w:rFonts w:ascii="Af8z2sdh+MicrosoftYaHei" w:eastAsia="Af8z2sdh+MicrosoftYaHei" w:hAnsi="Af8z2sdh+MicrosoftYaHei"/>
          <w:color w:val="000000"/>
          <w:spacing w:val="2"/>
          <w:sz w:val="18"/>
        </w:rPr>
        <w:t>项</w:t>
      </w:r>
      <w:r>
        <w:rPr>
          <w:rFonts w:ascii="Af8z2sdh+MicrosoftYaHei" w:eastAsia="Af8z2sdh+MicrosoftYaHei" w:hAnsi="Af8z2sdh+MicrosoftYaHei"/>
          <w:color w:val="000000"/>
          <w:spacing w:val="4"/>
          <w:sz w:val="18"/>
        </w:rPr>
        <w:t>管理</w:t>
      </w:r>
      <w:r>
        <w:rPr>
          <w:rFonts w:ascii="Af8z2sdh+MicrosoftYaHei" w:eastAsia="Af8z2sdh+MicrosoftYaHei" w:hAnsi="Af8z2sdh+MicrosoftYaHei"/>
          <w:color w:val="000000"/>
          <w:spacing w:val="2"/>
          <w:sz w:val="18"/>
        </w:rPr>
        <w:t>规章</w:t>
      </w:r>
      <w:r>
        <w:rPr>
          <w:rFonts w:ascii="Af8z2sdh+MicrosoftYaHei" w:eastAsia="Af8z2sdh+MicrosoftYaHei" w:hAnsi="Af8z2sdh+MicrosoftYaHei"/>
          <w:color w:val="000000"/>
          <w:spacing w:val="6"/>
          <w:sz w:val="18"/>
        </w:rPr>
        <w:t>制</w:t>
      </w:r>
      <w:r>
        <w:rPr>
          <w:rFonts w:ascii="Af8z2sdh+MicrosoftYaHei" w:eastAsia="Af8z2sdh+MicrosoftYaHei" w:hAnsi="Af8z2sdh+MicrosoftYaHei"/>
          <w:color w:val="000000"/>
          <w:spacing w:val="2"/>
          <w:sz w:val="18"/>
        </w:rPr>
        <w:t>度</w:t>
      </w:r>
      <w:r>
        <w:rPr>
          <w:rFonts w:ascii="Af8z2sdh+MicrosoftYaHei" w:eastAsia="Af8z2sdh+MicrosoftYaHei" w:hAnsi="Af8z2sdh+MicrosoftYaHei"/>
          <w:color w:val="000000"/>
          <w:spacing w:val="4"/>
          <w:sz w:val="18"/>
        </w:rPr>
        <w:t>，进</w:t>
      </w:r>
      <w:r>
        <w:rPr>
          <w:rFonts w:ascii="Af8z2sdh+MicrosoftYaHei" w:eastAsia="Af8z2sdh+MicrosoftYaHei" w:hAnsi="Af8z2sdh+MicrosoftYaHei"/>
          <w:color w:val="000000"/>
          <w:spacing w:val="2"/>
          <w:sz w:val="18"/>
        </w:rPr>
        <w:t>行</w:t>
      </w:r>
      <w:r>
        <w:rPr>
          <w:rFonts w:ascii="Af8z2sdh+MicrosoftYaHei" w:eastAsia="Af8z2sdh+MicrosoftYaHei" w:hAnsi="Af8z2sdh+MicrosoftYaHei"/>
          <w:color w:val="000000"/>
          <w:spacing w:val="4"/>
          <w:sz w:val="18"/>
        </w:rPr>
        <w:t>日</w:t>
      </w:r>
      <w:r>
        <w:rPr>
          <w:rFonts w:ascii="Af8z2sdh+MicrosoftYaHei" w:eastAsia="Af8z2sdh+MicrosoftYaHei" w:hAnsi="Af8z2sdh+MicrosoftYaHei"/>
          <w:color w:val="000000"/>
          <w:spacing w:val="2"/>
          <w:sz w:val="18"/>
        </w:rPr>
        <w:t>常</w:t>
      </w:r>
      <w:r>
        <w:rPr>
          <w:rFonts w:ascii="Af8z2sdh+MicrosoftYaHei" w:eastAsia="Af8z2sdh+MicrosoftYaHei" w:hAnsi="Af8z2sdh+MicrosoftYaHei"/>
          <w:color w:val="000000"/>
          <w:sz w:val="18"/>
        </w:rPr>
        <w:t>行政工作的组织与管理。</w:t>
      </w:r>
    </w:p>
    <w:tbl>
      <w:tblPr>
        <w:tblW w:w="0" w:type="auto"/>
        <w:tblInd w:w="213" w:type="dxa"/>
        <w:tblLayout w:type="fixed"/>
        <w:tblLook w:val="04A0" w:firstRow="1" w:lastRow="0" w:firstColumn="1" w:lastColumn="0" w:noHBand="0" w:noVBand="1"/>
      </w:tblPr>
      <w:tblGrid>
        <w:gridCol w:w="676"/>
        <w:gridCol w:w="640"/>
        <w:gridCol w:w="1740"/>
        <w:gridCol w:w="4384"/>
      </w:tblGrid>
      <w:tr w:rsidR="00083CE7" w14:paraId="597364E1" w14:textId="77777777">
        <w:trPr>
          <w:trHeight w:hRule="exact" w:val="802"/>
        </w:trPr>
        <w:tc>
          <w:tcPr>
            <w:tcW w:w="676" w:type="dxa"/>
            <w:tcBorders>
              <w:bottom w:val="single" w:sz="10" w:space="0" w:color="777777"/>
            </w:tcBorders>
            <w:tcMar>
              <w:left w:w="0" w:type="dxa"/>
              <w:right w:w="0" w:type="dxa"/>
            </w:tcMar>
          </w:tcPr>
          <w:p w14:paraId="22151B5B" w14:textId="77777777" w:rsidR="00083CE7" w:rsidRDefault="00000000">
            <w:pPr>
              <w:widowControl/>
              <w:autoSpaceDE w:val="0"/>
              <w:autoSpaceDN w:val="0"/>
              <w:spacing w:before="60"/>
              <w:jc w:val="center"/>
            </w:pPr>
            <w:r>
              <w:rPr>
                <w:noProof/>
              </w:rPr>
              <w:drawing>
                <wp:inline distT="0" distB="0" distL="0" distR="0" wp14:anchorId="09F7EDEF" wp14:editId="076F9284">
                  <wp:extent cx="396239" cy="396240"/>
                  <wp:effectExtent l="0" t="0" r="0" b="0"/>
                  <wp:docPr id="69518805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png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39" cy="396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64" w:type="dxa"/>
            <w:gridSpan w:val="3"/>
            <w:tcBorders>
              <w:bottom w:val="single" w:sz="10" w:space="0" w:color="777777"/>
            </w:tcBorders>
            <w:tcMar>
              <w:left w:w="0" w:type="dxa"/>
              <w:right w:w="0" w:type="dxa"/>
            </w:tcMar>
          </w:tcPr>
          <w:p w14:paraId="1EC728C2" w14:textId="77777777" w:rsidR="00083CE7" w:rsidRDefault="00000000">
            <w:pPr>
              <w:widowControl/>
              <w:autoSpaceDE w:val="0"/>
              <w:autoSpaceDN w:val="0"/>
              <w:spacing w:before="146" w:line="420" w:lineRule="exact"/>
              <w:ind w:left="66"/>
              <w:jc w:val="left"/>
            </w:pPr>
            <w:r>
              <w:rPr>
                <w:rFonts w:ascii="Af8z2sdh+MicrosoftYaHei" w:eastAsia="Af8z2sdh+MicrosoftYaHei" w:hAnsi="Af8z2sdh+MicrosoftYaHei"/>
                <w:color w:val="000000"/>
                <w:sz w:val="32"/>
              </w:rPr>
              <w:t>教</w:t>
            </w:r>
            <w:r>
              <w:rPr>
                <w:rFonts w:ascii="Af8z2sdh+MicrosoftYaHei" w:eastAsia="Af8z2sdh+MicrosoftYaHei" w:hAnsi="Af8z2sdh+MicrosoftYaHei"/>
                <w:color w:val="000000"/>
                <w:spacing w:val="2"/>
                <w:sz w:val="32"/>
              </w:rPr>
              <w:t>育</w:t>
            </w:r>
            <w:r>
              <w:rPr>
                <w:rFonts w:ascii="Af8z2sdh+MicrosoftYaHei" w:eastAsia="Af8z2sdh+MicrosoftYaHei" w:hAnsi="Af8z2sdh+MicrosoftYaHei"/>
                <w:color w:val="000000"/>
                <w:sz w:val="32"/>
              </w:rPr>
              <w:t>经历</w:t>
            </w:r>
          </w:p>
        </w:tc>
      </w:tr>
      <w:tr w:rsidR="00083CE7" w14:paraId="10958DF7" w14:textId="77777777">
        <w:trPr>
          <w:trHeight w:hRule="exact" w:val="792"/>
        </w:trPr>
        <w:tc>
          <w:tcPr>
            <w:tcW w:w="1316" w:type="dxa"/>
            <w:gridSpan w:val="2"/>
            <w:tcBorders>
              <w:top w:val="single" w:sz="10" w:space="0" w:color="777777"/>
            </w:tcBorders>
            <w:tcMar>
              <w:left w:w="0" w:type="dxa"/>
              <w:right w:w="0" w:type="dxa"/>
            </w:tcMar>
          </w:tcPr>
          <w:p w14:paraId="3AF1F3BD" w14:textId="0CDA286C" w:rsidR="00083CE7" w:rsidRDefault="00D3518E">
            <w:pPr>
              <w:widowControl/>
              <w:autoSpaceDE w:val="0"/>
              <w:autoSpaceDN w:val="0"/>
              <w:spacing w:before="468" w:line="270" w:lineRule="exact"/>
              <w:ind w:left="118"/>
              <w:jc w:val="left"/>
            </w:pPr>
            <w:r>
              <w:rPr>
                <w:rFonts w:ascii="Af8z2sdh+MicrosoftYaHei" w:eastAsia="Af8z2sdh+MicrosoftYaHei" w:hAnsi="Af8z2sdh+MicrosoftYaHei"/>
                <w:color w:val="000000"/>
              </w:rPr>
              <w:t>20xx</w:t>
            </w:r>
            <w:r w:rsidR="00000000">
              <w:rPr>
                <w:rFonts w:ascii="Arial" w:eastAsia="Arial" w:hAnsi="Arial"/>
                <w:color w:val="000000"/>
                <w:spacing w:val="6"/>
              </w:rPr>
              <w:t xml:space="preserve"> </w:t>
            </w:r>
            <w:r w:rsidR="00000000">
              <w:rPr>
                <w:rFonts w:ascii="Af8z2sdh+MicrosoftYaHei" w:eastAsia="Af8z2sdh+MicrosoftYaHei" w:hAnsi="Af8z2sdh+MicrosoftYaHei"/>
                <w:color w:val="000000"/>
              </w:rPr>
              <w:t>-</w:t>
            </w:r>
            <w:r w:rsidR="00000000">
              <w:rPr>
                <w:rFonts w:ascii="Arial" w:eastAsia="Arial" w:hAnsi="Arial"/>
                <w:color w:val="000000"/>
                <w:spacing w:val="6"/>
              </w:rPr>
              <w:t xml:space="preserve"> </w:t>
            </w:r>
            <w:r>
              <w:rPr>
                <w:rFonts w:ascii="Af8z2sdh+MicrosoftYaHei" w:eastAsia="Af8z2sdh+MicrosoftYaHei" w:hAnsi="Af8z2sdh+MicrosoftYaHei"/>
                <w:color w:val="000000"/>
              </w:rPr>
              <w:t>20xx</w:t>
            </w:r>
          </w:p>
        </w:tc>
        <w:tc>
          <w:tcPr>
            <w:tcW w:w="1740" w:type="dxa"/>
            <w:tcBorders>
              <w:top w:val="single" w:sz="10" w:space="0" w:color="777777"/>
            </w:tcBorders>
            <w:tcMar>
              <w:left w:w="0" w:type="dxa"/>
              <w:right w:w="0" w:type="dxa"/>
            </w:tcMar>
          </w:tcPr>
          <w:p w14:paraId="6F2077FE" w14:textId="77777777" w:rsidR="00083CE7" w:rsidRDefault="00000000">
            <w:pPr>
              <w:widowControl/>
              <w:autoSpaceDE w:val="0"/>
              <w:autoSpaceDN w:val="0"/>
              <w:spacing w:before="460" w:line="270" w:lineRule="exact"/>
              <w:ind w:left="378"/>
              <w:jc w:val="left"/>
            </w:pPr>
            <w:r>
              <w:rPr>
                <w:rFonts w:ascii="KAY2tkWD+MicrosoftYaHei" w:eastAsia="KAY2tkWD+MicrosoftYaHei" w:hAnsi="KAY2tkWD+MicrosoftYaHei"/>
                <w:color w:val="000000"/>
              </w:rPr>
              <w:t>北</w:t>
            </w:r>
            <w:r>
              <w:rPr>
                <w:rFonts w:ascii="KAY2tkWD+MicrosoftYaHei" w:eastAsia="KAY2tkWD+MicrosoftYaHei" w:hAnsi="KAY2tkWD+MicrosoftYaHei"/>
                <w:color w:val="000000"/>
                <w:spacing w:val="2"/>
              </w:rPr>
              <w:t>京</w:t>
            </w:r>
            <w:r>
              <w:rPr>
                <w:rFonts w:ascii="KAY2tkWD+MicrosoftYaHei" w:eastAsia="KAY2tkWD+MicrosoftYaHei" w:hAnsi="KAY2tkWD+MicrosoftYaHei"/>
                <w:color w:val="000000"/>
              </w:rPr>
              <w:t>师</w:t>
            </w:r>
            <w:r>
              <w:rPr>
                <w:rFonts w:ascii="KAY2tkWD+MicrosoftYaHei" w:eastAsia="KAY2tkWD+MicrosoftYaHei" w:hAnsi="KAY2tkWD+MicrosoftYaHei"/>
                <w:color w:val="000000"/>
                <w:spacing w:val="2"/>
              </w:rPr>
              <w:t>范</w:t>
            </w:r>
            <w:r>
              <w:rPr>
                <w:rFonts w:ascii="KAY2tkWD+MicrosoftYaHei" w:eastAsia="KAY2tkWD+MicrosoftYaHei" w:hAnsi="KAY2tkWD+MicrosoftYaHei"/>
                <w:color w:val="000000"/>
              </w:rPr>
              <w:t>大学</w:t>
            </w:r>
          </w:p>
        </w:tc>
        <w:tc>
          <w:tcPr>
            <w:tcW w:w="4384" w:type="dxa"/>
            <w:tcBorders>
              <w:top w:val="single" w:sz="10" w:space="0" w:color="777777"/>
            </w:tcBorders>
            <w:tcMar>
              <w:left w:w="0" w:type="dxa"/>
              <w:right w:w="0" w:type="dxa"/>
            </w:tcMar>
          </w:tcPr>
          <w:p w14:paraId="4BA83F69" w14:textId="77777777" w:rsidR="00083CE7" w:rsidRDefault="00000000">
            <w:pPr>
              <w:widowControl/>
              <w:autoSpaceDE w:val="0"/>
              <w:autoSpaceDN w:val="0"/>
              <w:spacing w:before="460" w:line="270" w:lineRule="exact"/>
              <w:ind w:left="108"/>
              <w:jc w:val="left"/>
            </w:pPr>
            <w:r>
              <w:rPr>
                <w:rFonts w:ascii="KAY2tkWD+MicrosoftYaHei" w:eastAsia="KAY2tkWD+MicrosoftYaHei" w:hAnsi="KAY2tkWD+MicrosoftYaHei"/>
                <w:color w:val="000000"/>
              </w:rPr>
              <w:t>本科</w:t>
            </w:r>
          </w:p>
        </w:tc>
      </w:tr>
      <w:tr w:rsidR="00083CE7" w14:paraId="12C9314D" w14:textId="77777777">
        <w:trPr>
          <w:trHeight w:hRule="exact" w:val="374"/>
        </w:trPr>
        <w:tc>
          <w:tcPr>
            <w:tcW w:w="1316" w:type="dxa"/>
            <w:gridSpan w:val="2"/>
            <w:tcMar>
              <w:left w:w="0" w:type="dxa"/>
              <w:right w:w="0" w:type="dxa"/>
            </w:tcMar>
          </w:tcPr>
          <w:p w14:paraId="54740902" w14:textId="77777777" w:rsidR="00083CE7" w:rsidRDefault="00000000">
            <w:pPr>
              <w:widowControl/>
              <w:autoSpaceDE w:val="0"/>
              <w:autoSpaceDN w:val="0"/>
              <w:spacing w:before="68" w:line="274" w:lineRule="exact"/>
              <w:ind w:left="118"/>
              <w:jc w:val="left"/>
            </w:pPr>
            <w:r>
              <w:rPr>
                <w:rFonts w:ascii="KAY2tkWD+MicrosoftYaHei" w:eastAsia="KAY2tkWD+MicrosoftYaHei" w:hAnsi="KAY2tkWD+MicrosoftYaHei"/>
                <w:color w:val="63589B"/>
              </w:rPr>
              <w:t>国</w:t>
            </w:r>
            <w:r>
              <w:rPr>
                <w:rFonts w:ascii="KAY2tkWD+MicrosoftYaHei" w:eastAsia="KAY2tkWD+MicrosoftYaHei" w:hAnsi="KAY2tkWD+MicrosoftYaHei"/>
                <w:color w:val="63589B"/>
                <w:spacing w:val="2"/>
              </w:rPr>
              <w:t>际</w:t>
            </w:r>
            <w:r>
              <w:rPr>
                <w:rFonts w:ascii="KAY2tkWD+MicrosoftYaHei" w:eastAsia="KAY2tkWD+MicrosoftYaHei" w:hAnsi="KAY2tkWD+MicrosoftYaHei"/>
                <w:color w:val="63589B"/>
              </w:rPr>
              <w:t>贸易</w:t>
            </w:r>
          </w:p>
        </w:tc>
        <w:tc>
          <w:tcPr>
            <w:tcW w:w="6124" w:type="dxa"/>
            <w:gridSpan w:val="2"/>
            <w:tcMar>
              <w:left w:w="0" w:type="dxa"/>
              <w:right w:w="0" w:type="dxa"/>
            </w:tcMar>
          </w:tcPr>
          <w:p w14:paraId="028A681F" w14:textId="77777777" w:rsidR="00083CE7" w:rsidRDefault="00000000">
            <w:pPr>
              <w:widowControl/>
              <w:autoSpaceDE w:val="0"/>
              <w:autoSpaceDN w:val="0"/>
              <w:spacing w:before="86" w:line="232" w:lineRule="exact"/>
              <w:ind w:left="378"/>
              <w:jc w:val="left"/>
            </w:pPr>
            <w:r>
              <w:rPr>
                <w:rFonts w:ascii="Af8z2sdh+MicrosoftYaHei" w:eastAsia="Af8z2sdh+MicrosoftYaHei" w:hAnsi="Af8z2sdh+MicrosoftYaHei"/>
                <w:color w:val="000000"/>
                <w:sz w:val="18"/>
              </w:rPr>
              <w:t>主修课程</w:t>
            </w:r>
            <w:r>
              <w:rPr>
                <w:rFonts w:ascii="Af8z2sdh+MicrosoftYaHei" w:eastAsia="Af8z2sdh+MicrosoftYaHei" w:hAnsi="Af8z2sdh+MicrosoftYaHei"/>
                <w:color w:val="000000"/>
                <w:spacing w:val="-4"/>
                <w:sz w:val="18"/>
              </w:rPr>
              <w:t>：</w:t>
            </w:r>
            <w:r>
              <w:rPr>
                <w:rFonts w:ascii="Af8z2sdh+MicrosoftYaHei" w:eastAsia="Af8z2sdh+MicrosoftYaHei" w:hAnsi="Af8z2sdh+MicrosoftYaHei"/>
                <w:color w:val="000000"/>
                <w:sz w:val="18"/>
              </w:rPr>
              <w:t>政治经济学</w:t>
            </w:r>
            <w:r>
              <w:rPr>
                <w:rFonts w:ascii="Af8z2sdh+MicrosoftYaHei" w:eastAsia="Af8z2sdh+MicrosoftYaHei" w:hAnsi="Af8z2sdh+MicrosoftYaHei"/>
                <w:color w:val="000000"/>
                <w:spacing w:val="-6"/>
                <w:sz w:val="18"/>
              </w:rPr>
              <w:t>、</w:t>
            </w:r>
            <w:r>
              <w:rPr>
                <w:rFonts w:ascii="Af8z2sdh+MicrosoftYaHei" w:eastAsia="Af8z2sdh+MicrosoftYaHei" w:hAnsi="Af8z2sdh+MicrosoftYaHei"/>
                <w:color w:val="000000"/>
                <w:sz w:val="18"/>
              </w:rPr>
              <w:t>西方经济学</w:t>
            </w:r>
            <w:r>
              <w:rPr>
                <w:rFonts w:ascii="Af8z2sdh+MicrosoftYaHei" w:eastAsia="Af8z2sdh+MicrosoftYaHei" w:hAnsi="Af8z2sdh+MicrosoftYaHei"/>
                <w:color w:val="000000"/>
                <w:spacing w:val="-4"/>
                <w:sz w:val="18"/>
              </w:rPr>
              <w:t>、</w:t>
            </w:r>
            <w:r>
              <w:rPr>
                <w:rFonts w:ascii="Af8z2sdh+MicrosoftYaHei" w:eastAsia="Af8z2sdh+MicrosoftYaHei" w:hAnsi="Af8z2sdh+MicrosoftYaHei"/>
                <w:color w:val="000000"/>
                <w:sz w:val="18"/>
              </w:rPr>
              <w:t>国际经济</w:t>
            </w:r>
            <w:r>
              <w:rPr>
                <w:rFonts w:ascii="Af8z2sdh+MicrosoftYaHei" w:eastAsia="Af8z2sdh+MicrosoftYaHei" w:hAnsi="Af8z2sdh+MicrosoftYaHei"/>
                <w:color w:val="000000"/>
                <w:spacing w:val="2"/>
                <w:sz w:val="18"/>
              </w:rPr>
              <w:t>学</w:t>
            </w:r>
            <w:r>
              <w:rPr>
                <w:rFonts w:ascii="Af8z2sdh+MicrosoftYaHei" w:eastAsia="Af8z2sdh+MicrosoftYaHei" w:hAnsi="Af8z2sdh+MicrosoftYaHei"/>
                <w:color w:val="000000"/>
                <w:spacing w:val="-4"/>
                <w:sz w:val="18"/>
              </w:rPr>
              <w:t>、</w:t>
            </w:r>
            <w:r>
              <w:rPr>
                <w:rFonts w:ascii="Af8z2sdh+MicrosoftYaHei" w:eastAsia="Af8z2sdh+MicrosoftYaHei" w:hAnsi="Af8z2sdh+MicrosoftYaHei"/>
                <w:color w:val="000000"/>
                <w:sz w:val="18"/>
              </w:rPr>
              <w:t>计量经济</w:t>
            </w:r>
          </w:p>
        </w:tc>
      </w:tr>
    </w:tbl>
    <w:p w14:paraId="4B7507C1" w14:textId="77777777" w:rsidR="00083CE7" w:rsidRDefault="00000000">
      <w:pPr>
        <w:widowControl/>
        <w:autoSpaceDE w:val="0"/>
        <w:autoSpaceDN w:val="0"/>
        <w:spacing w:before="30" w:after="432" w:line="232" w:lineRule="exact"/>
        <w:ind w:left="1908"/>
        <w:jc w:val="left"/>
      </w:pPr>
      <w:r>
        <w:rPr>
          <w:rFonts w:ascii="Af8z2sdh+MicrosoftYaHei" w:eastAsia="Af8z2sdh+MicrosoftYaHei" w:hAnsi="Af8z2sdh+MicrosoftYaHei"/>
          <w:color w:val="000000"/>
          <w:sz w:val="18"/>
        </w:rPr>
        <w:t>学、世界经济概论、国际贸易理论与实务、国际金融等</w:t>
      </w:r>
    </w:p>
    <w:tbl>
      <w:tblPr>
        <w:tblW w:w="0" w:type="auto"/>
        <w:tblInd w:w="150" w:type="dxa"/>
        <w:tblLayout w:type="fixed"/>
        <w:tblLook w:val="04A0" w:firstRow="1" w:lastRow="0" w:firstColumn="1" w:lastColumn="0" w:noHBand="0" w:noVBand="1"/>
      </w:tblPr>
      <w:tblGrid>
        <w:gridCol w:w="1560"/>
        <w:gridCol w:w="1880"/>
        <w:gridCol w:w="2980"/>
      </w:tblGrid>
      <w:tr w:rsidR="00083CE7" w14:paraId="27DC008D" w14:textId="77777777">
        <w:trPr>
          <w:trHeight w:hRule="exact" w:val="372"/>
        </w:trPr>
        <w:tc>
          <w:tcPr>
            <w:tcW w:w="1560" w:type="dxa"/>
            <w:tcMar>
              <w:left w:w="0" w:type="dxa"/>
              <w:right w:w="0" w:type="dxa"/>
            </w:tcMar>
          </w:tcPr>
          <w:p w14:paraId="63B74B1B" w14:textId="3920DA56" w:rsidR="00083CE7" w:rsidRDefault="00D3518E">
            <w:pPr>
              <w:widowControl/>
              <w:autoSpaceDE w:val="0"/>
              <w:autoSpaceDN w:val="0"/>
              <w:spacing w:before="60" w:line="270" w:lineRule="exact"/>
              <w:jc w:val="center"/>
            </w:pPr>
            <w:r>
              <w:rPr>
                <w:rFonts w:ascii="Af8z2sdh+MicrosoftYaHei" w:eastAsia="Af8z2sdh+MicrosoftYaHei" w:hAnsi="Af8z2sdh+MicrosoftYaHei"/>
                <w:color w:val="000000"/>
              </w:rPr>
              <w:t>20xx</w:t>
            </w:r>
            <w:r w:rsidR="00000000">
              <w:rPr>
                <w:rFonts w:ascii="Arial" w:eastAsia="Arial" w:hAnsi="Arial"/>
                <w:color w:val="000000"/>
                <w:spacing w:val="6"/>
              </w:rPr>
              <w:t xml:space="preserve"> </w:t>
            </w:r>
            <w:r w:rsidR="00000000">
              <w:rPr>
                <w:rFonts w:ascii="Af8z2sdh+MicrosoftYaHei" w:eastAsia="Af8z2sdh+MicrosoftYaHei" w:hAnsi="Af8z2sdh+MicrosoftYaHei"/>
                <w:color w:val="000000"/>
              </w:rPr>
              <w:t>-</w:t>
            </w:r>
            <w:r w:rsidR="00000000">
              <w:rPr>
                <w:rFonts w:ascii="Arial" w:eastAsia="Arial" w:hAnsi="Arial"/>
                <w:color w:val="000000"/>
                <w:spacing w:val="6"/>
              </w:rPr>
              <w:t xml:space="preserve"> </w:t>
            </w:r>
            <w:r>
              <w:rPr>
                <w:rFonts w:ascii="Af8z2sdh+MicrosoftYaHei" w:eastAsia="Af8z2sdh+MicrosoftYaHei" w:hAnsi="Af8z2sdh+MicrosoftYaHei"/>
                <w:color w:val="000000"/>
              </w:rPr>
              <w:t>20xx</w:t>
            </w:r>
          </w:p>
        </w:tc>
        <w:tc>
          <w:tcPr>
            <w:tcW w:w="1880" w:type="dxa"/>
            <w:tcMar>
              <w:left w:w="0" w:type="dxa"/>
              <w:right w:w="0" w:type="dxa"/>
            </w:tcMar>
          </w:tcPr>
          <w:p w14:paraId="09C93C67" w14:textId="77777777" w:rsidR="00083CE7" w:rsidRDefault="00000000">
            <w:pPr>
              <w:widowControl/>
              <w:autoSpaceDE w:val="0"/>
              <w:autoSpaceDN w:val="0"/>
              <w:spacing w:before="76" w:line="270" w:lineRule="exact"/>
              <w:ind w:left="216"/>
              <w:jc w:val="left"/>
            </w:pPr>
            <w:r>
              <w:rPr>
                <w:rFonts w:ascii="KAY2tkWD+MicrosoftYaHei" w:eastAsia="KAY2tkWD+MicrosoftYaHei" w:hAnsi="KAY2tkWD+MicrosoftYaHei"/>
                <w:color w:val="000000"/>
              </w:rPr>
              <w:t>初</w:t>
            </w:r>
            <w:r>
              <w:rPr>
                <w:rFonts w:ascii="KAY2tkWD+MicrosoftYaHei" w:eastAsia="KAY2tkWD+MicrosoftYaHei" w:hAnsi="KAY2tkWD+MicrosoftYaHei"/>
                <w:color w:val="000000"/>
                <w:spacing w:val="4"/>
              </w:rPr>
              <w:t>级</w:t>
            </w:r>
            <w:r>
              <w:rPr>
                <w:rFonts w:ascii="KAY2tkWD+MicrosoftYaHei" w:eastAsia="KAY2tkWD+MicrosoftYaHei" w:hAnsi="KAY2tkWD+MicrosoftYaHei"/>
                <w:color w:val="000000"/>
              </w:rPr>
              <w:t>会</w:t>
            </w:r>
            <w:r>
              <w:rPr>
                <w:rFonts w:ascii="KAY2tkWD+MicrosoftYaHei" w:eastAsia="KAY2tkWD+MicrosoftYaHei" w:hAnsi="KAY2tkWD+MicrosoftYaHei"/>
                <w:color w:val="000000"/>
                <w:spacing w:val="4"/>
              </w:rPr>
              <w:t>计</w:t>
            </w:r>
            <w:r>
              <w:rPr>
                <w:rFonts w:ascii="KAY2tkWD+MicrosoftYaHei" w:eastAsia="KAY2tkWD+MicrosoftYaHei" w:hAnsi="KAY2tkWD+MicrosoftYaHei"/>
                <w:color w:val="000000"/>
              </w:rPr>
              <w:t>证</w:t>
            </w:r>
          </w:p>
        </w:tc>
        <w:tc>
          <w:tcPr>
            <w:tcW w:w="2980" w:type="dxa"/>
            <w:tcMar>
              <w:left w:w="0" w:type="dxa"/>
              <w:right w:w="0" w:type="dxa"/>
            </w:tcMar>
          </w:tcPr>
          <w:p w14:paraId="081EFCFC" w14:textId="77777777" w:rsidR="00083CE7" w:rsidRDefault="00000000">
            <w:pPr>
              <w:widowControl/>
              <w:autoSpaceDE w:val="0"/>
              <w:autoSpaceDN w:val="0"/>
              <w:spacing w:before="76" w:line="270" w:lineRule="exact"/>
              <w:ind w:left="436"/>
              <w:jc w:val="left"/>
            </w:pPr>
            <w:r>
              <w:rPr>
                <w:rFonts w:ascii="KAY2tkWD+MicrosoftYaHei" w:eastAsia="KAY2tkWD+MicrosoftYaHei" w:hAnsi="KAY2tkWD+MicrosoftYaHei"/>
                <w:color w:val="000000"/>
              </w:rPr>
              <w:t>全</w:t>
            </w:r>
            <w:r>
              <w:rPr>
                <w:rFonts w:ascii="KAY2tkWD+MicrosoftYaHei" w:eastAsia="KAY2tkWD+MicrosoftYaHei" w:hAnsi="KAY2tkWD+MicrosoftYaHei"/>
                <w:color w:val="000000"/>
                <w:spacing w:val="4"/>
              </w:rPr>
              <w:t>国</w:t>
            </w:r>
            <w:r>
              <w:rPr>
                <w:rFonts w:ascii="KAY2tkWD+MicrosoftYaHei" w:eastAsia="KAY2tkWD+MicrosoftYaHei" w:hAnsi="KAY2tkWD+MicrosoftYaHei"/>
                <w:color w:val="000000"/>
              </w:rPr>
              <w:t>计</w:t>
            </w:r>
            <w:r>
              <w:rPr>
                <w:rFonts w:ascii="KAY2tkWD+MicrosoftYaHei" w:eastAsia="KAY2tkWD+MicrosoftYaHei" w:hAnsi="KAY2tkWD+MicrosoftYaHei"/>
                <w:color w:val="000000"/>
                <w:spacing w:val="4"/>
              </w:rPr>
              <w:t>算</w:t>
            </w:r>
            <w:r>
              <w:rPr>
                <w:rFonts w:ascii="KAY2tkWD+MicrosoftYaHei" w:eastAsia="KAY2tkWD+MicrosoftYaHei" w:hAnsi="KAY2tkWD+MicrosoftYaHei"/>
                <w:color w:val="000000"/>
              </w:rPr>
              <w:t>机</w:t>
            </w:r>
            <w:r>
              <w:rPr>
                <w:rFonts w:ascii="KAY2tkWD+MicrosoftYaHei" w:eastAsia="KAY2tkWD+MicrosoftYaHei" w:hAnsi="KAY2tkWD+MicrosoftYaHei"/>
                <w:color w:val="000000"/>
                <w:spacing w:val="4"/>
              </w:rPr>
              <w:t>二</w:t>
            </w:r>
            <w:r>
              <w:rPr>
                <w:rFonts w:ascii="KAY2tkWD+MicrosoftYaHei" w:eastAsia="KAY2tkWD+MicrosoftYaHei" w:hAnsi="KAY2tkWD+MicrosoftYaHei"/>
                <w:color w:val="000000"/>
              </w:rPr>
              <w:t>级</w:t>
            </w:r>
          </w:p>
        </w:tc>
      </w:tr>
      <w:tr w:rsidR="00083CE7" w14:paraId="492E6D6B" w14:textId="77777777">
        <w:trPr>
          <w:trHeight w:hRule="exact" w:val="534"/>
        </w:trPr>
        <w:tc>
          <w:tcPr>
            <w:tcW w:w="1560" w:type="dxa"/>
            <w:tcMar>
              <w:left w:w="0" w:type="dxa"/>
              <w:right w:w="0" w:type="dxa"/>
            </w:tcMar>
          </w:tcPr>
          <w:p w14:paraId="3E0DF31F" w14:textId="77777777" w:rsidR="00083CE7" w:rsidRDefault="00000000">
            <w:pPr>
              <w:widowControl/>
              <w:autoSpaceDE w:val="0"/>
              <w:autoSpaceDN w:val="0"/>
              <w:spacing w:before="68" w:line="274" w:lineRule="exact"/>
              <w:ind w:left="182"/>
              <w:jc w:val="left"/>
            </w:pPr>
            <w:r>
              <w:rPr>
                <w:rFonts w:ascii="KAY2tkWD+MicrosoftYaHei" w:eastAsia="KAY2tkWD+MicrosoftYaHei" w:hAnsi="KAY2tkWD+MicrosoftYaHei"/>
                <w:color w:val="63589B"/>
              </w:rPr>
              <w:t>荣</w:t>
            </w:r>
            <w:r>
              <w:rPr>
                <w:rFonts w:ascii="KAY2tkWD+MicrosoftYaHei" w:eastAsia="KAY2tkWD+MicrosoftYaHei" w:hAnsi="KAY2tkWD+MicrosoftYaHei"/>
                <w:color w:val="63589B"/>
                <w:spacing w:val="2"/>
              </w:rPr>
              <w:t>誉&amp;</w:t>
            </w:r>
            <w:r>
              <w:rPr>
                <w:rFonts w:ascii="KAY2tkWD+MicrosoftYaHei" w:eastAsia="KAY2tkWD+MicrosoftYaHei" w:hAnsi="KAY2tkWD+MicrosoftYaHei"/>
                <w:color w:val="63589B"/>
              </w:rPr>
              <w:t>证书</w:t>
            </w:r>
          </w:p>
        </w:tc>
        <w:tc>
          <w:tcPr>
            <w:tcW w:w="1880" w:type="dxa"/>
            <w:tcMar>
              <w:left w:w="0" w:type="dxa"/>
              <w:right w:w="0" w:type="dxa"/>
            </w:tcMar>
          </w:tcPr>
          <w:p w14:paraId="3834B432" w14:textId="77777777" w:rsidR="00083CE7" w:rsidRDefault="00000000">
            <w:pPr>
              <w:widowControl/>
              <w:autoSpaceDE w:val="0"/>
              <w:autoSpaceDN w:val="0"/>
              <w:spacing w:before="226" w:line="268" w:lineRule="exact"/>
              <w:ind w:left="216"/>
              <w:jc w:val="left"/>
            </w:pPr>
            <w:r>
              <w:rPr>
                <w:rFonts w:ascii="KAY2tkWD+MicrosoftYaHei" w:eastAsia="KAY2tkWD+MicrosoftYaHei" w:hAnsi="KAY2tkWD+MicrosoftYaHei"/>
                <w:color w:val="000000"/>
              </w:rPr>
              <w:t>班</w:t>
            </w:r>
            <w:r>
              <w:rPr>
                <w:rFonts w:ascii="KAY2tkWD+MicrosoftYaHei" w:eastAsia="KAY2tkWD+MicrosoftYaHei" w:hAnsi="KAY2tkWD+MicrosoftYaHei"/>
                <w:color w:val="000000"/>
                <w:spacing w:val="4"/>
              </w:rPr>
              <w:t>级</w:t>
            </w:r>
            <w:r>
              <w:rPr>
                <w:rFonts w:ascii="KAY2tkWD+MicrosoftYaHei" w:eastAsia="KAY2tkWD+MicrosoftYaHei" w:hAnsi="KAY2tkWD+MicrosoftYaHei"/>
                <w:color w:val="000000"/>
              </w:rPr>
              <w:t>三</w:t>
            </w:r>
            <w:r>
              <w:rPr>
                <w:rFonts w:ascii="KAY2tkWD+MicrosoftYaHei" w:eastAsia="KAY2tkWD+MicrosoftYaHei" w:hAnsi="KAY2tkWD+MicrosoftYaHei"/>
                <w:color w:val="000000"/>
                <w:spacing w:val="4"/>
              </w:rPr>
              <w:t>好</w:t>
            </w:r>
            <w:r>
              <w:rPr>
                <w:rFonts w:ascii="KAY2tkWD+MicrosoftYaHei" w:eastAsia="KAY2tkWD+MicrosoftYaHei" w:hAnsi="KAY2tkWD+MicrosoftYaHei"/>
                <w:color w:val="000000"/>
              </w:rPr>
              <w:t>学生</w:t>
            </w:r>
          </w:p>
        </w:tc>
        <w:tc>
          <w:tcPr>
            <w:tcW w:w="2980" w:type="dxa"/>
            <w:tcMar>
              <w:left w:w="0" w:type="dxa"/>
              <w:right w:w="0" w:type="dxa"/>
            </w:tcMar>
          </w:tcPr>
          <w:p w14:paraId="58F1A406" w14:textId="77777777" w:rsidR="00083CE7" w:rsidRDefault="00000000">
            <w:pPr>
              <w:widowControl/>
              <w:autoSpaceDE w:val="0"/>
              <w:autoSpaceDN w:val="0"/>
              <w:spacing w:before="226" w:line="268" w:lineRule="exact"/>
              <w:ind w:left="436"/>
              <w:jc w:val="left"/>
            </w:pPr>
            <w:r>
              <w:rPr>
                <w:rFonts w:ascii="KAY2tkWD+MicrosoftYaHei" w:eastAsia="KAY2tkWD+MicrosoftYaHei" w:hAnsi="KAY2tkWD+MicrosoftYaHei"/>
                <w:color w:val="000000"/>
              </w:rPr>
              <w:t>学</w:t>
            </w:r>
            <w:r>
              <w:rPr>
                <w:rFonts w:ascii="KAY2tkWD+MicrosoftYaHei" w:eastAsia="KAY2tkWD+MicrosoftYaHei" w:hAnsi="KAY2tkWD+MicrosoftYaHei"/>
                <w:color w:val="000000"/>
                <w:spacing w:val="4"/>
              </w:rPr>
              <w:t>院</w:t>
            </w:r>
            <w:r>
              <w:rPr>
                <w:rFonts w:ascii="KAY2tkWD+MicrosoftYaHei" w:eastAsia="KAY2tkWD+MicrosoftYaHei" w:hAnsi="KAY2tkWD+MicrosoftYaHei"/>
                <w:color w:val="000000"/>
              </w:rPr>
              <w:t>优</w:t>
            </w:r>
            <w:r>
              <w:rPr>
                <w:rFonts w:ascii="KAY2tkWD+MicrosoftYaHei" w:eastAsia="KAY2tkWD+MicrosoftYaHei" w:hAnsi="KAY2tkWD+MicrosoftYaHei"/>
                <w:color w:val="000000"/>
                <w:spacing w:val="4"/>
              </w:rPr>
              <w:t>秀</w:t>
            </w:r>
            <w:r>
              <w:rPr>
                <w:rFonts w:ascii="KAY2tkWD+MicrosoftYaHei" w:eastAsia="KAY2tkWD+MicrosoftYaHei" w:hAnsi="KAY2tkWD+MicrosoftYaHei"/>
                <w:color w:val="000000"/>
              </w:rPr>
              <w:t>党员</w:t>
            </w:r>
          </w:p>
        </w:tc>
      </w:tr>
    </w:tbl>
    <w:p w14:paraId="152889A6" w14:textId="77777777" w:rsidR="00083CE7" w:rsidRDefault="00083CE7">
      <w:pPr>
        <w:widowControl/>
        <w:autoSpaceDE w:val="0"/>
        <w:autoSpaceDN w:val="0"/>
        <w:spacing w:line="14" w:lineRule="exact"/>
      </w:pPr>
    </w:p>
    <w:sectPr w:rsidR="00083CE7" w:rsidSect="00034616">
      <w:type w:val="continuous"/>
      <w:pgSz w:w="11906" w:h="17318"/>
      <w:pgMar w:top="0" w:right="0" w:bottom="40" w:left="0" w:header="720" w:footer="720" w:gutter="0"/>
      <w:cols w:num="2" w:space="720" w:equalWidth="0">
        <w:col w:w="4250" w:space="0"/>
        <w:col w:w="7655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917D7D67-691C-45DA-B189-C06CF77536CC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f8z2sdh+MicrosoftYaHei">
    <w:charset w:val="00"/>
    <w:family w:val="auto"/>
    <w:pitch w:val="variable"/>
    <w:sig w:usb0="80000287" w:usb1="2ACF3C50" w:usb2="00000016" w:usb3="00000000" w:csb0="0004001F" w:csb1="00000000"/>
    <w:embedRegular r:id="rId2" w:fontKey="{C3A84F9D-C74B-4D9A-8321-418F879B313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Y2tkWD+MicrosoftYaHei">
    <w:charset w:val="00"/>
    <w:family w:val="auto"/>
    <w:pitch w:val="variable"/>
    <w:sig w:usb0="80000287" w:usb1="2ACF3C50" w:usb2="00000016" w:usb3="00000000" w:csb0="0004001F" w:csb1="00000000"/>
    <w:embedRegular r:id="rId3" w:fontKey="{B9227C8C-6828-4339-8FE7-6504C7493DE8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4C8C2C81-54A3-451F-9CD3-E98226880EB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58571188">
    <w:abstractNumId w:val="8"/>
  </w:num>
  <w:num w:numId="2" w16cid:durableId="1869097749">
    <w:abstractNumId w:val="6"/>
  </w:num>
  <w:num w:numId="3" w16cid:durableId="493645329">
    <w:abstractNumId w:val="5"/>
  </w:num>
  <w:num w:numId="4" w16cid:durableId="1725522113">
    <w:abstractNumId w:val="4"/>
  </w:num>
  <w:num w:numId="5" w16cid:durableId="144981320">
    <w:abstractNumId w:val="7"/>
  </w:num>
  <w:num w:numId="6" w16cid:durableId="101264847">
    <w:abstractNumId w:val="3"/>
  </w:num>
  <w:num w:numId="7" w16cid:durableId="1659075259">
    <w:abstractNumId w:val="2"/>
  </w:num>
  <w:num w:numId="8" w16cid:durableId="578172393">
    <w:abstractNumId w:val="1"/>
  </w:num>
  <w:num w:numId="9" w16cid:durableId="240137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3CE7"/>
    <w:rsid w:val="000F6B13"/>
    <w:rsid w:val="0015074B"/>
    <w:rsid w:val="001E4527"/>
    <w:rsid w:val="0029639D"/>
    <w:rsid w:val="00326F90"/>
    <w:rsid w:val="00593F6A"/>
    <w:rsid w:val="00954D8C"/>
    <w:rsid w:val="00AA1D8D"/>
    <w:rsid w:val="00B47730"/>
    <w:rsid w:val="00B93BEF"/>
    <w:rsid w:val="00C75A12"/>
    <w:rsid w:val="00CB0664"/>
    <w:rsid w:val="00CD11FB"/>
    <w:rsid w:val="00D3518E"/>
    <w:rsid w:val="00DC7A9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5C958E9"/>
  <w14:defaultImageDpi w14:val="300"/>
  <w15:docId w15:val="{A83C3DE8-6463-4220-925E-C040872CE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jp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xt j.</cp:lastModifiedBy>
  <cp:revision>6</cp:revision>
  <dcterms:created xsi:type="dcterms:W3CDTF">2013-12-23T23:15:00Z</dcterms:created>
  <dcterms:modified xsi:type="dcterms:W3CDTF">2025-05-11T09:11:00Z</dcterms:modified>
  <cp:category/>
</cp:coreProperties>
</file>